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34654" w14:textId="77777777" w:rsidR="00D957F4" w:rsidRDefault="00D957F4" w:rsidP="008341BD">
      <w:pPr>
        <w:spacing w:after="0" w:line="240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8"/>
        <w:gridCol w:w="5328"/>
      </w:tblGrid>
      <w:tr w:rsidR="008341BD" w14:paraId="6A2AD267" w14:textId="77777777" w:rsidTr="00A73F62">
        <w:trPr>
          <w:jc w:val="center"/>
        </w:trPr>
        <w:tc>
          <w:tcPr>
            <w:tcW w:w="5328" w:type="dxa"/>
            <w:shd w:val="clear" w:color="auto" w:fill="0B1F3A"/>
            <w:tcMar>
              <w:top w:w="110" w:type="dxa"/>
              <w:left w:w="160" w:type="dxa"/>
              <w:bottom w:w="110" w:type="dxa"/>
              <w:right w:w="120" w:type="dxa"/>
            </w:tcMar>
          </w:tcPr>
          <w:p w14:paraId="5B5CB72A" w14:textId="77777777" w:rsidR="008341BD" w:rsidRPr="008341BD" w:rsidRDefault="008341BD" w:rsidP="008341BD">
            <w:pPr>
              <w:spacing w:after="0" w:line="240" w:lineRule="auto"/>
              <w:rPr>
                <w:color w:val="FFFFFF" w:themeColor="background1"/>
              </w:rPr>
            </w:pPr>
            <w:r w:rsidRPr="008341BD">
              <w:rPr>
                <w:rFonts w:ascii="Aptos Display" w:eastAsia="Aptos Display" w:hAnsi="Aptos Display"/>
                <w:b/>
                <w:color w:val="FFFFFF" w:themeColor="background1"/>
                <w:sz w:val="38"/>
              </w:rPr>
              <w:t>THE STUDENT AI USE INSTITUTIONAL STRESS TEST</w:t>
            </w:r>
          </w:p>
          <w:p w14:paraId="5733F78E" w14:textId="77777777" w:rsidR="008341BD" w:rsidRDefault="008341BD" w:rsidP="008341BD">
            <w:pPr>
              <w:spacing w:after="0" w:line="240" w:lineRule="auto"/>
              <w:rPr>
                <w:b/>
                <w:bCs/>
                <w:i/>
                <w:iCs/>
                <w:color w:val="FFFFFF" w:themeColor="background1"/>
              </w:rPr>
            </w:pPr>
          </w:p>
          <w:p w14:paraId="245A9A64" w14:textId="03C5D2C8" w:rsidR="008341BD" w:rsidRDefault="008341BD" w:rsidP="008341BD">
            <w:pPr>
              <w:spacing w:after="0" w:line="240" w:lineRule="auto"/>
            </w:pPr>
            <w:r w:rsidRPr="008341BD">
              <w:rPr>
                <w:b/>
                <w:bCs/>
                <w:i/>
                <w:iCs/>
                <w:color w:val="FFFFFF" w:themeColor="background1"/>
              </w:rPr>
              <w:t>Your Institution Has a Student AI Policy. Now What?</w:t>
            </w:r>
          </w:p>
        </w:tc>
        <w:tc>
          <w:tcPr>
            <w:tcW w:w="5328" w:type="dxa"/>
            <w:shd w:val="clear" w:color="auto" w:fill="0B1F3A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42E1C40C" w14:textId="77777777" w:rsidR="008341BD" w:rsidRDefault="008341BD" w:rsidP="008341BD"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07D6B5A7" wp14:editId="60C073B6">
                  <wp:extent cx="1085850" cy="1085850"/>
                  <wp:effectExtent l="0" t="0" r="0" b="0"/>
                  <wp:docPr id="16141716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8719695" name="Picture 55871969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1D5594" w14:textId="77777777" w:rsidR="008341BD" w:rsidRDefault="008341BD" w:rsidP="008341BD">
      <w:pPr>
        <w:spacing w:after="0" w:line="240" w:lineRule="auto"/>
        <w:jc w:val="center"/>
        <w:rPr>
          <w:rFonts w:ascii="Aptos Display" w:eastAsia="Aptos Display" w:hAnsi="Aptos Display"/>
          <w:b/>
          <w:color w:val="0B1F3A"/>
          <w:sz w:val="36"/>
        </w:rPr>
      </w:pPr>
    </w:p>
    <w:p w14:paraId="0DEDF057" w14:textId="5B53ACE9" w:rsidR="00D957F4" w:rsidRDefault="00000000" w:rsidP="008341BD">
      <w:pPr>
        <w:spacing w:after="0" w:line="240" w:lineRule="auto"/>
        <w:jc w:val="center"/>
        <w:rPr>
          <w:rFonts w:ascii="Arial Narrow" w:eastAsia="Aptos Display" w:hAnsi="Arial Narrow"/>
          <w:b/>
          <w:caps/>
          <w:color w:val="0B1F3A"/>
          <w:sz w:val="36"/>
        </w:rPr>
      </w:pPr>
      <w:r w:rsidRPr="008341BD">
        <w:rPr>
          <w:rFonts w:ascii="Arial Narrow" w:eastAsia="Aptos Display" w:hAnsi="Arial Narrow"/>
          <w:b/>
          <w:caps/>
          <w:color w:val="0B1F3A"/>
          <w:sz w:val="36"/>
        </w:rPr>
        <w:t>8 Real-World Scenarios That Test Whether Your Framework Actually Works</w:t>
      </w:r>
    </w:p>
    <w:p w14:paraId="3085AC04" w14:textId="77777777" w:rsidR="008341BD" w:rsidRPr="008341BD" w:rsidRDefault="008341BD" w:rsidP="008341BD">
      <w:pPr>
        <w:spacing w:after="0" w:line="240" w:lineRule="auto"/>
        <w:jc w:val="center"/>
        <w:rPr>
          <w:rFonts w:ascii="Arial Narrow" w:eastAsia="Aptos Display" w:hAnsi="Arial Narrow"/>
          <w:b/>
          <w:caps/>
          <w:color w:val="0B1F3A"/>
          <w:sz w:val="36"/>
        </w:rPr>
      </w:pPr>
    </w:p>
    <w:p w14:paraId="02AE4EAF" w14:textId="77777777" w:rsidR="00F740F7" w:rsidRDefault="00F740F7" w:rsidP="008341BD">
      <w:pPr>
        <w:spacing w:after="0" w:line="240" w:lineRule="auto"/>
        <w:jc w:val="center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656"/>
      </w:tblGrid>
      <w:tr w:rsidR="00D957F4" w:rsidRPr="008341BD" w14:paraId="005C4616" w14:textId="77777777">
        <w:trPr>
          <w:jc w:val="center"/>
        </w:trPr>
        <w:tc>
          <w:tcPr>
            <w:tcW w:w="10656" w:type="dxa"/>
            <w:tcBorders>
              <w:top w:val="single" w:sz="8" w:space="0" w:color="14345B"/>
              <w:left w:val="single" w:sz="8" w:space="0" w:color="14345B"/>
              <w:bottom w:val="single" w:sz="8" w:space="0" w:color="14345B"/>
              <w:right w:val="single" w:sz="8" w:space="0" w:color="14345B"/>
            </w:tcBorders>
            <w:shd w:val="clear" w:color="auto" w:fill="F7F0E2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71AC76F3" w14:textId="6A28DED9" w:rsidR="00D957F4" w:rsidRPr="008341BD" w:rsidRDefault="00000000" w:rsidP="008341BD">
            <w:pPr>
              <w:spacing w:after="0" w:line="240" w:lineRule="auto"/>
              <w:rPr>
                <w:sz w:val="28"/>
                <w:szCs w:val="28"/>
              </w:rPr>
            </w:pPr>
            <w:r w:rsidRPr="008341BD">
              <w:rPr>
                <w:b/>
                <w:color w:val="C9902E"/>
                <w:sz w:val="28"/>
                <w:szCs w:val="28"/>
              </w:rPr>
              <w:t xml:space="preserve">THE PREMISE: </w:t>
            </w:r>
            <w:r w:rsidRPr="008341BD">
              <w:rPr>
                <w:sz w:val="28"/>
                <w:szCs w:val="28"/>
              </w:rPr>
              <w:t xml:space="preserve">A policy can be well written and still fail in practice. </w:t>
            </w:r>
            <w:r w:rsidR="008341BD" w:rsidRPr="008341BD">
              <w:rPr>
                <w:sz w:val="28"/>
                <w:szCs w:val="28"/>
              </w:rPr>
              <w:t>W</w:t>
            </w:r>
            <w:r w:rsidRPr="008341BD">
              <w:rPr>
                <w:sz w:val="28"/>
                <w:szCs w:val="28"/>
              </w:rPr>
              <w:t>hen a real student, faculty member, or administrator encounters an AI situation, does your current framework produce a clear, fair, and actionable answer?</w:t>
            </w:r>
          </w:p>
        </w:tc>
      </w:tr>
    </w:tbl>
    <w:p w14:paraId="6EF96C91" w14:textId="77777777" w:rsidR="00D957F4" w:rsidRDefault="00D957F4" w:rsidP="008341BD">
      <w:pPr>
        <w:spacing w:after="0" w:line="240" w:lineRule="auto"/>
      </w:pPr>
    </w:p>
    <w:p w14:paraId="6C4031F4" w14:textId="77777777" w:rsidR="008341BD" w:rsidRDefault="008341BD" w:rsidP="008341BD">
      <w:pPr>
        <w:spacing w:after="0" w:line="240" w:lineRule="auto"/>
      </w:pPr>
    </w:p>
    <w:p w14:paraId="1973AF20" w14:textId="77777777" w:rsidR="00F740F7" w:rsidRDefault="00F740F7" w:rsidP="008341BD">
      <w:pPr>
        <w:spacing w:after="0" w:line="240" w:lineRule="auto"/>
      </w:pPr>
    </w:p>
    <w:p w14:paraId="71C6E7D1" w14:textId="77777777" w:rsidR="00D957F4" w:rsidRDefault="00000000" w:rsidP="008341BD">
      <w:pPr>
        <w:keepNext/>
        <w:pBdr>
          <w:bottom w:val="single" w:sz="6" w:space="5" w:color="C9902E"/>
        </w:pBdr>
        <w:spacing w:after="0" w:line="240" w:lineRule="auto"/>
      </w:pPr>
      <w:r>
        <w:rPr>
          <w:rFonts w:ascii="Aptos Display" w:eastAsia="Aptos Display" w:hAnsi="Aptos Display"/>
          <w:b/>
          <w:color w:val="0B1F3A"/>
          <w:sz w:val="28"/>
        </w:rPr>
        <w:t>How to Use This Tool</w:t>
      </w:r>
    </w:p>
    <w:p w14:paraId="76B82FCA" w14:textId="77777777" w:rsidR="00D957F4" w:rsidRPr="008341BD" w:rsidRDefault="00000000" w:rsidP="008341BD">
      <w:pPr>
        <w:spacing w:after="0" w:line="240" w:lineRule="auto"/>
        <w:ind w:left="259" w:hanging="173"/>
        <w:rPr>
          <w:sz w:val="24"/>
          <w:szCs w:val="24"/>
        </w:rPr>
      </w:pPr>
      <w:r w:rsidRPr="008341BD">
        <w:rPr>
          <w:b/>
          <w:color w:val="C9902E"/>
          <w:sz w:val="24"/>
          <w:szCs w:val="24"/>
        </w:rPr>
        <w:t xml:space="preserve">• </w:t>
      </w:r>
      <w:r w:rsidRPr="008341BD">
        <w:rPr>
          <w:sz w:val="24"/>
          <w:szCs w:val="24"/>
        </w:rPr>
        <w:t>Complete the exercise using your institution’s current policies and actual practices, not the answer you hope to have.</w:t>
      </w:r>
    </w:p>
    <w:p w14:paraId="130E43C2" w14:textId="77777777" w:rsidR="00D957F4" w:rsidRPr="008341BD" w:rsidRDefault="00000000" w:rsidP="008341BD">
      <w:pPr>
        <w:spacing w:after="0" w:line="240" w:lineRule="auto"/>
        <w:ind w:left="259" w:hanging="173"/>
        <w:rPr>
          <w:sz w:val="24"/>
          <w:szCs w:val="24"/>
        </w:rPr>
      </w:pPr>
      <w:r w:rsidRPr="008341BD">
        <w:rPr>
          <w:b/>
          <w:color w:val="C9902E"/>
          <w:sz w:val="24"/>
          <w:szCs w:val="24"/>
        </w:rPr>
        <w:t xml:space="preserve">• </w:t>
      </w:r>
      <w:r w:rsidRPr="008341BD">
        <w:rPr>
          <w:sz w:val="24"/>
          <w:szCs w:val="24"/>
        </w:rPr>
        <w:t>Use a cross-functional group when possible: academic affairs, faculty, student affairs, IT/privacy, accessibility, academic integrity, and legal/compliance as appropriate.</w:t>
      </w:r>
    </w:p>
    <w:p w14:paraId="254A2832" w14:textId="77777777" w:rsidR="00D957F4" w:rsidRPr="008341BD" w:rsidRDefault="00000000" w:rsidP="008341BD">
      <w:pPr>
        <w:spacing w:after="0" w:line="240" w:lineRule="auto"/>
        <w:ind w:left="259" w:hanging="173"/>
        <w:rPr>
          <w:sz w:val="24"/>
          <w:szCs w:val="24"/>
        </w:rPr>
      </w:pPr>
      <w:r w:rsidRPr="008341BD">
        <w:rPr>
          <w:b/>
          <w:color w:val="C9902E"/>
          <w:sz w:val="24"/>
          <w:szCs w:val="24"/>
        </w:rPr>
        <w:t xml:space="preserve">• </w:t>
      </w:r>
      <w:r w:rsidRPr="008341BD">
        <w:rPr>
          <w:sz w:val="24"/>
          <w:szCs w:val="24"/>
        </w:rPr>
        <w:t>For every answer, identify the policy, procedure, guidance, syllabus language, or decision authority that supports it.</w:t>
      </w:r>
    </w:p>
    <w:p w14:paraId="28F4BAEA" w14:textId="77777777" w:rsidR="00D957F4" w:rsidRPr="008341BD" w:rsidRDefault="00000000" w:rsidP="008341BD">
      <w:pPr>
        <w:spacing w:after="0" w:line="240" w:lineRule="auto"/>
        <w:ind w:left="259" w:hanging="173"/>
        <w:rPr>
          <w:sz w:val="24"/>
          <w:szCs w:val="24"/>
        </w:rPr>
      </w:pPr>
      <w:r w:rsidRPr="008341BD">
        <w:rPr>
          <w:b/>
          <w:color w:val="C9902E"/>
          <w:sz w:val="24"/>
          <w:szCs w:val="24"/>
        </w:rPr>
        <w:t xml:space="preserve">• </w:t>
      </w:r>
      <w:r w:rsidRPr="008341BD">
        <w:rPr>
          <w:sz w:val="24"/>
          <w:szCs w:val="24"/>
        </w:rPr>
        <w:t>If the policy is silent, say “silent.” If two policies conflict, record the conflict. Do not resolve ambiguity by assumption.</w:t>
      </w:r>
    </w:p>
    <w:p w14:paraId="4FB3780D" w14:textId="2A6133C0" w:rsidR="00D957F4" w:rsidRPr="008341BD" w:rsidRDefault="00000000" w:rsidP="008341BD">
      <w:pPr>
        <w:spacing w:after="0" w:line="240" w:lineRule="auto"/>
        <w:ind w:left="259" w:hanging="173"/>
        <w:rPr>
          <w:sz w:val="24"/>
          <w:szCs w:val="24"/>
        </w:rPr>
      </w:pPr>
      <w:r w:rsidRPr="008341BD">
        <w:rPr>
          <w:b/>
          <w:color w:val="C9902E"/>
          <w:sz w:val="24"/>
          <w:szCs w:val="24"/>
        </w:rPr>
        <w:t xml:space="preserve">• </w:t>
      </w:r>
      <w:r w:rsidRPr="008341BD">
        <w:rPr>
          <w:sz w:val="24"/>
          <w:szCs w:val="24"/>
        </w:rPr>
        <w:t>The objective is to discover where policy, practice, communication, and accountability do not yet align.</w:t>
      </w:r>
    </w:p>
    <w:p w14:paraId="091F6C7F" w14:textId="77777777" w:rsidR="00F740F7" w:rsidRDefault="00F740F7" w:rsidP="008341BD">
      <w:pPr>
        <w:spacing w:after="0" w:line="240" w:lineRule="auto"/>
        <w:ind w:left="259" w:hanging="173"/>
      </w:pPr>
    </w:p>
    <w:p w14:paraId="136452B8" w14:textId="77777777" w:rsidR="008341BD" w:rsidRDefault="008341BD" w:rsidP="008341BD">
      <w:pPr>
        <w:keepNext/>
        <w:pBdr>
          <w:bottom w:val="single" w:sz="6" w:space="5" w:color="C9902E"/>
        </w:pBdr>
        <w:spacing w:after="0" w:line="240" w:lineRule="auto"/>
        <w:rPr>
          <w:rFonts w:ascii="Aptos Display" w:eastAsia="Aptos Display" w:hAnsi="Aptos Display"/>
          <w:b/>
          <w:color w:val="0B1F3A"/>
          <w:sz w:val="28"/>
        </w:rPr>
      </w:pPr>
    </w:p>
    <w:p w14:paraId="33116AC8" w14:textId="07B05973" w:rsidR="00D957F4" w:rsidRDefault="00000000" w:rsidP="008341BD">
      <w:pPr>
        <w:keepNext/>
        <w:pBdr>
          <w:bottom w:val="single" w:sz="6" w:space="5" w:color="C9902E"/>
        </w:pBdr>
        <w:spacing w:after="0" w:line="240" w:lineRule="auto"/>
      </w:pPr>
      <w:r>
        <w:rPr>
          <w:rFonts w:ascii="Aptos Display" w:eastAsia="Aptos Display" w:hAnsi="Aptos Display"/>
          <w:b/>
          <w:color w:val="0B1F3A"/>
          <w:sz w:val="28"/>
        </w:rPr>
        <w:t>Use One Consistent Q&amp;A Lens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64"/>
        <w:gridCol w:w="9792"/>
      </w:tblGrid>
      <w:tr w:rsidR="00D957F4" w:rsidRPr="008341BD" w14:paraId="2082B33F" w14:textId="77777777">
        <w:trPr>
          <w:jc w:val="center"/>
        </w:trPr>
        <w:tc>
          <w:tcPr>
            <w:tcW w:w="864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0B1F3A"/>
            <w:tcMar>
              <w:top w:w="75" w:type="dxa"/>
              <w:left w:w="90" w:type="dxa"/>
              <w:bottom w:w="75" w:type="dxa"/>
              <w:right w:w="90" w:type="dxa"/>
            </w:tcMar>
          </w:tcPr>
          <w:p w14:paraId="3E3A4F40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b/>
                <w:color w:val="FFFFFF"/>
                <w:sz w:val="24"/>
                <w:szCs w:val="24"/>
              </w:rPr>
              <w:t>Q1</w:t>
            </w:r>
          </w:p>
        </w:tc>
        <w:tc>
          <w:tcPr>
            <w:tcW w:w="9792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</w:tcPr>
          <w:p w14:paraId="5DFF26DC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sz w:val="24"/>
                <w:szCs w:val="24"/>
              </w:rPr>
              <w:t>What should happen in this situation right now?</w:t>
            </w:r>
          </w:p>
        </w:tc>
      </w:tr>
      <w:tr w:rsidR="00D957F4" w:rsidRPr="008341BD" w14:paraId="30C52721" w14:textId="77777777">
        <w:trPr>
          <w:jc w:val="center"/>
        </w:trPr>
        <w:tc>
          <w:tcPr>
            <w:tcW w:w="864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0B1F3A"/>
            <w:tcMar>
              <w:top w:w="75" w:type="dxa"/>
              <w:left w:w="90" w:type="dxa"/>
              <w:bottom w:w="75" w:type="dxa"/>
              <w:right w:w="90" w:type="dxa"/>
            </w:tcMar>
          </w:tcPr>
          <w:p w14:paraId="51232BE3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b/>
                <w:color w:val="FFFFFF"/>
                <w:sz w:val="24"/>
                <w:szCs w:val="24"/>
              </w:rPr>
              <w:t>Q2</w:t>
            </w:r>
          </w:p>
        </w:tc>
        <w:tc>
          <w:tcPr>
            <w:tcW w:w="9792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75" w:type="dxa"/>
              <w:left w:w="90" w:type="dxa"/>
              <w:bottom w:w="75" w:type="dxa"/>
              <w:right w:w="90" w:type="dxa"/>
            </w:tcMar>
          </w:tcPr>
          <w:p w14:paraId="4D577F8D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sz w:val="24"/>
                <w:szCs w:val="24"/>
              </w:rPr>
              <w:t>What does our current policy or guidance actually say?</w:t>
            </w:r>
          </w:p>
        </w:tc>
      </w:tr>
      <w:tr w:rsidR="00D957F4" w:rsidRPr="008341BD" w14:paraId="5FC53A72" w14:textId="77777777">
        <w:trPr>
          <w:jc w:val="center"/>
        </w:trPr>
        <w:tc>
          <w:tcPr>
            <w:tcW w:w="864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0B1F3A"/>
            <w:tcMar>
              <w:top w:w="75" w:type="dxa"/>
              <w:left w:w="90" w:type="dxa"/>
              <w:bottom w:w="75" w:type="dxa"/>
              <w:right w:w="90" w:type="dxa"/>
            </w:tcMar>
          </w:tcPr>
          <w:p w14:paraId="167AEDD7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b/>
                <w:color w:val="FFFFFF"/>
                <w:sz w:val="24"/>
                <w:szCs w:val="24"/>
              </w:rPr>
              <w:t>Q3</w:t>
            </w:r>
          </w:p>
        </w:tc>
        <w:tc>
          <w:tcPr>
            <w:tcW w:w="9792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</w:tcPr>
          <w:p w14:paraId="05030436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sz w:val="24"/>
                <w:szCs w:val="24"/>
              </w:rPr>
              <w:t>Where is that expectation documented, and could the affected person find it?</w:t>
            </w:r>
          </w:p>
        </w:tc>
      </w:tr>
      <w:tr w:rsidR="00D957F4" w:rsidRPr="008341BD" w14:paraId="229ECA80" w14:textId="77777777">
        <w:trPr>
          <w:jc w:val="center"/>
        </w:trPr>
        <w:tc>
          <w:tcPr>
            <w:tcW w:w="864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0B1F3A"/>
            <w:tcMar>
              <w:top w:w="75" w:type="dxa"/>
              <w:left w:w="90" w:type="dxa"/>
              <w:bottom w:w="75" w:type="dxa"/>
              <w:right w:w="90" w:type="dxa"/>
            </w:tcMar>
          </w:tcPr>
          <w:p w14:paraId="2C601569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b/>
                <w:color w:val="FFFFFF"/>
                <w:sz w:val="24"/>
                <w:szCs w:val="24"/>
              </w:rPr>
              <w:t>Q4</w:t>
            </w:r>
          </w:p>
        </w:tc>
        <w:tc>
          <w:tcPr>
            <w:tcW w:w="9792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75" w:type="dxa"/>
              <w:left w:w="90" w:type="dxa"/>
              <w:bottom w:w="75" w:type="dxa"/>
              <w:right w:w="90" w:type="dxa"/>
            </w:tcMar>
          </w:tcPr>
          <w:p w14:paraId="7D22297E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sz w:val="24"/>
                <w:szCs w:val="24"/>
              </w:rPr>
              <w:t>Who has authority to interpret or decide if the answer is disputed?</w:t>
            </w:r>
          </w:p>
        </w:tc>
      </w:tr>
      <w:tr w:rsidR="00D957F4" w:rsidRPr="008341BD" w14:paraId="3E57FBCB" w14:textId="77777777">
        <w:trPr>
          <w:jc w:val="center"/>
        </w:trPr>
        <w:tc>
          <w:tcPr>
            <w:tcW w:w="864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0B1F3A"/>
            <w:tcMar>
              <w:top w:w="75" w:type="dxa"/>
              <w:left w:w="90" w:type="dxa"/>
              <w:bottom w:w="75" w:type="dxa"/>
              <w:right w:w="90" w:type="dxa"/>
            </w:tcMar>
          </w:tcPr>
          <w:p w14:paraId="40CB5090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b/>
                <w:color w:val="FFFFFF"/>
                <w:sz w:val="24"/>
                <w:szCs w:val="24"/>
              </w:rPr>
              <w:t>Q5</w:t>
            </w:r>
          </w:p>
        </w:tc>
        <w:tc>
          <w:tcPr>
            <w:tcW w:w="9792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</w:tcPr>
          <w:p w14:paraId="52DE89C4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sz w:val="24"/>
                <w:szCs w:val="24"/>
              </w:rPr>
              <w:t>Would students, faculty, and administrators likely reach the same conclusion?</w:t>
            </w:r>
          </w:p>
        </w:tc>
      </w:tr>
      <w:tr w:rsidR="00D957F4" w:rsidRPr="008341BD" w14:paraId="507D63BB" w14:textId="77777777">
        <w:trPr>
          <w:jc w:val="center"/>
        </w:trPr>
        <w:tc>
          <w:tcPr>
            <w:tcW w:w="864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0B1F3A"/>
            <w:tcMar>
              <w:top w:w="75" w:type="dxa"/>
              <w:left w:w="90" w:type="dxa"/>
              <w:bottom w:w="75" w:type="dxa"/>
              <w:right w:w="90" w:type="dxa"/>
            </w:tcMar>
          </w:tcPr>
          <w:p w14:paraId="5063818C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b/>
                <w:color w:val="FFFFFF"/>
                <w:sz w:val="24"/>
                <w:szCs w:val="24"/>
              </w:rPr>
              <w:t>Q6</w:t>
            </w:r>
          </w:p>
        </w:tc>
        <w:tc>
          <w:tcPr>
            <w:tcW w:w="9792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75" w:type="dxa"/>
              <w:left w:w="90" w:type="dxa"/>
              <w:bottom w:w="75" w:type="dxa"/>
              <w:right w:w="90" w:type="dxa"/>
            </w:tcMar>
          </w:tcPr>
          <w:p w14:paraId="146DB9CB" w14:textId="68F352CC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sz w:val="24"/>
                <w:szCs w:val="24"/>
              </w:rPr>
              <w:t xml:space="preserve">What must we clarify, revise, communicate, or train </w:t>
            </w:r>
            <w:r w:rsidR="008341BD" w:rsidRPr="008341BD">
              <w:rPr>
                <w:sz w:val="24"/>
                <w:szCs w:val="24"/>
              </w:rPr>
              <w:t>on if the answer is unclear</w:t>
            </w:r>
            <w:r w:rsidRPr="008341BD">
              <w:rPr>
                <w:sz w:val="24"/>
                <w:szCs w:val="24"/>
              </w:rPr>
              <w:t>?</w:t>
            </w:r>
          </w:p>
        </w:tc>
      </w:tr>
    </w:tbl>
    <w:p w14:paraId="01572844" w14:textId="77777777" w:rsidR="008341BD" w:rsidRDefault="008341BD" w:rsidP="008341BD">
      <w:pPr>
        <w:spacing w:after="0" w:line="240" w:lineRule="auto"/>
        <w:rPr>
          <w:b/>
          <w:color w:val="C9902E"/>
          <w:sz w:val="22"/>
        </w:rPr>
      </w:pPr>
    </w:p>
    <w:p w14:paraId="7567E59B" w14:textId="1DA295BD" w:rsidR="00D957F4" w:rsidRPr="008341BD" w:rsidRDefault="00000000" w:rsidP="008341BD">
      <w:pPr>
        <w:spacing w:after="0" w:line="240" w:lineRule="auto"/>
        <w:rPr>
          <w:sz w:val="22"/>
        </w:rPr>
      </w:pPr>
      <w:r w:rsidRPr="008341BD">
        <w:rPr>
          <w:b/>
          <w:color w:val="C9902E"/>
          <w:sz w:val="22"/>
        </w:rPr>
        <w:t xml:space="preserve">Important: </w:t>
      </w:r>
      <w:r w:rsidRPr="008341BD">
        <w:rPr>
          <w:color w:val="667085"/>
          <w:sz w:val="22"/>
        </w:rPr>
        <w:t>This is an institutional self-assessment and decision-support tool. It is not legal advice and should be used alongside applicable law, accreditation expectations, collective bargaining agreements, and institutional policy.</w:t>
      </w:r>
    </w:p>
    <w:p w14:paraId="2DE061FF" w14:textId="77777777" w:rsidR="00D957F4" w:rsidRDefault="00000000" w:rsidP="008341BD">
      <w:pPr>
        <w:spacing w:after="0" w:line="240" w:lineRule="auto"/>
      </w:pPr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8"/>
        <w:gridCol w:w="5328"/>
      </w:tblGrid>
      <w:tr w:rsidR="00D957F4" w14:paraId="0FE2F1CA" w14:textId="77777777">
        <w:trPr>
          <w:jc w:val="center"/>
        </w:trPr>
        <w:tc>
          <w:tcPr>
            <w:tcW w:w="5328" w:type="dxa"/>
            <w:shd w:val="clear" w:color="auto" w:fill="0B1F3A"/>
            <w:tcMar>
              <w:top w:w="110" w:type="dxa"/>
              <w:left w:w="160" w:type="dxa"/>
              <w:bottom w:w="110" w:type="dxa"/>
              <w:right w:w="120" w:type="dxa"/>
            </w:tcMar>
          </w:tcPr>
          <w:p w14:paraId="141C42B0" w14:textId="77777777" w:rsidR="00D957F4" w:rsidRDefault="00000000" w:rsidP="008341BD">
            <w:pPr>
              <w:spacing w:after="0" w:line="240" w:lineRule="auto"/>
            </w:pPr>
            <w:r>
              <w:rPr>
                <w:rFonts w:ascii="Aptos Display" w:eastAsia="Aptos Display" w:hAnsi="Aptos Display"/>
                <w:b/>
                <w:color w:val="FFFFFF"/>
                <w:sz w:val="38"/>
              </w:rPr>
              <w:lastRenderedPageBreak/>
              <w:t>SCENARIO 1: TOOL-SPECIFIC RULES VS. FUNCTION-BASED EXPECTATIONS</w:t>
            </w:r>
          </w:p>
          <w:p w14:paraId="1B37259E" w14:textId="77777777" w:rsidR="00D957F4" w:rsidRDefault="00000000" w:rsidP="008341BD">
            <w:pPr>
              <w:spacing w:after="0" w:line="240" w:lineRule="auto"/>
            </w:pPr>
            <w:r>
              <w:rPr>
                <w:color w:val="E8EDF5"/>
              </w:rPr>
              <w:t>Student AI Institutional Stress Test</w:t>
            </w:r>
          </w:p>
        </w:tc>
        <w:tc>
          <w:tcPr>
            <w:tcW w:w="5328" w:type="dxa"/>
            <w:shd w:val="clear" w:color="auto" w:fill="0B1F3A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2DAAE369" w14:textId="30F5D70A" w:rsidR="00D957F4" w:rsidRDefault="008341BD" w:rsidP="008341BD"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62475F1E" wp14:editId="6718E7FC">
                  <wp:extent cx="1085850" cy="1085850"/>
                  <wp:effectExtent l="0" t="0" r="0" b="0"/>
                  <wp:docPr id="11330481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8719695" name="Picture 55871969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62802B" w14:textId="77777777" w:rsidR="00D957F4" w:rsidRDefault="00D957F4" w:rsidP="008341BD">
      <w:pPr>
        <w:spacing w:after="0" w:line="240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656"/>
      </w:tblGrid>
      <w:tr w:rsidR="00D957F4" w:rsidRPr="008341BD" w14:paraId="5E3FA2EB" w14:textId="77777777">
        <w:trPr>
          <w:jc w:val="center"/>
        </w:trPr>
        <w:tc>
          <w:tcPr>
            <w:tcW w:w="10656" w:type="dxa"/>
            <w:tcBorders>
              <w:top w:val="single" w:sz="8" w:space="0" w:color="14345B"/>
              <w:left w:val="single" w:sz="8" w:space="0" w:color="14345B"/>
              <w:bottom w:val="single" w:sz="8" w:space="0" w:color="14345B"/>
              <w:right w:val="single" w:sz="8" w:space="0" w:color="14345B"/>
            </w:tcBorders>
            <w:shd w:val="clear" w:color="auto" w:fill="EEF4F9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2DDBA46D" w14:textId="77777777" w:rsidR="00D957F4" w:rsidRPr="008341BD" w:rsidRDefault="00000000" w:rsidP="008341BD">
            <w:pPr>
              <w:spacing w:after="0" w:line="240" w:lineRule="auto"/>
              <w:rPr>
                <w:sz w:val="28"/>
                <w:szCs w:val="28"/>
              </w:rPr>
            </w:pPr>
            <w:r w:rsidRPr="008341BD">
              <w:rPr>
                <w:b/>
                <w:color w:val="C9902E"/>
                <w:sz w:val="28"/>
                <w:szCs w:val="28"/>
              </w:rPr>
              <w:t xml:space="preserve">SITUATION: </w:t>
            </w:r>
            <w:r w:rsidRPr="008341BD">
              <w:rPr>
                <w:sz w:val="28"/>
                <w:szCs w:val="28"/>
              </w:rPr>
              <w:t>A professor prohibits ChatGPT but permits Grammarly. Grammarly now includes generative AI features that can rewrite, summarize, and generate text.</w:t>
            </w:r>
          </w:p>
        </w:tc>
      </w:tr>
    </w:tbl>
    <w:p w14:paraId="4A59E97D" w14:textId="77777777" w:rsidR="00D957F4" w:rsidRDefault="00D957F4" w:rsidP="008341BD">
      <w:pPr>
        <w:spacing w:after="0" w:line="240" w:lineRule="auto"/>
      </w:pPr>
    </w:p>
    <w:p w14:paraId="765F2B43" w14:textId="1269493E" w:rsidR="00D957F4" w:rsidRPr="008341BD" w:rsidRDefault="00000000" w:rsidP="008341BD">
      <w:pPr>
        <w:spacing w:after="0" w:line="240" w:lineRule="auto"/>
        <w:rPr>
          <w:b/>
          <w:color w:val="0B1F3A"/>
          <w:sz w:val="28"/>
          <w:szCs w:val="28"/>
        </w:rPr>
      </w:pPr>
      <w:r w:rsidRPr="008341BD">
        <w:rPr>
          <w:b/>
          <w:color w:val="C9902E"/>
          <w:sz w:val="28"/>
          <w:szCs w:val="28"/>
        </w:rPr>
        <w:t xml:space="preserve">Core test: </w:t>
      </w:r>
      <w:r w:rsidRPr="008341BD">
        <w:rPr>
          <w:b/>
          <w:color w:val="0B1F3A"/>
          <w:sz w:val="28"/>
          <w:szCs w:val="28"/>
        </w:rPr>
        <w:t>C</w:t>
      </w:r>
      <w:r w:rsidR="008341BD">
        <w:rPr>
          <w:b/>
          <w:color w:val="0B1F3A"/>
          <w:sz w:val="28"/>
          <w:szCs w:val="28"/>
        </w:rPr>
        <w:t>an</w:t>
      </w:r>
      <w:r w:rsidRPr="008341BD">
        <w:rPr>
          <w:b/>
          <w:color w:val="0B1F3A"/>
          <w:sz w:val="28"/>
          <w:szCs w:val="28"/>
        </w:rPr>
        <w:t xml:space="preserve"> your current policies tell faculty, students, and administrators what should happen here, without relying on informal interpretation?</w:t>
      </w:r>
    </w:p>
    <w:p w14:paraId="26EFC37E" w14:textId="77777777" w:rsidR="008341BD" w:rsidRDefault="008341BD" w:rsidP="008341BD">
      <w:pPr>
        <w:spacing w:after="0" w:line="240" w:lineRule="auto"/>
      </w:pPr>
    </w:p>
    <w:tbl>
      <w:tblPr>
        <w:tblW w:w="10728" w:type="dxa"/>
        <w:jc w:val="center"/>
        <w:tblLayout w:type="fixed"/>
        <w:tblLook w:val="04A0" w:firstRow="1" w:lastRow="0" w:firstColumn="1" w:lastColumn="0" w:noHBand="0" w:noVBand="1"/>
      </w:tblPr>
      <w:tblGrid>
        <w:gridCol w:w="4752"/>
        <w:gridCol w:w="5976"/>
      </w:tblGrid>
      <w:tr w:rsidR="00D957F4" w:rsidRPr="008341BD" w14:paraId="7AB27609" w14:textId="77777777" w:rsidTr="00F740F7">
        <w:trPr>
          <w:tblHeader/>
          <w:jc w:val="center"/>
        </w:trPr>
        <w:tc>
          <w:tcPr>
            <w:tcW w:w="4752" w:type="dxa"/>
            <w:shd w:val="clear" w:color="auto" w:fill="0B1F3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C0B94CA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FFFFFF"/>
                <w:sz w:val="24"/>
                <w:szCs w:val="24"/>
              </w:rPr>
              <w:t>STRESS-TEST QUESTION</w:t>
            </w:r>
          </w:p>
        </w:tc>
        <w:tc>
          <w:tcPr>
            <w:tcW w:w="5976" w:type="dxa"/>
            <w:shd w:val="clear" w:color="auto" w:fill="0B1F3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357CF25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FFFFFF"/>
                <w:sz w:val="24"/>
                <w:szCs w:val="24"/>
              </w:rPr>
              <w:t>YOUR INSTITUTION'S CURRENT ANSWER</w:t>
            </w:r>
          </w:p>
        </w:tc>
      </w:tr>
      <w:tr w:rsidR="00D957F4" w:rsidRPr="008341BD" w14:paraId="2D8D8BBD" w14:textId="77777777" w:rsidTr="00F740F7">
        <w:trPr>
          <w:jc w:val="center"/>
        </w:trPr>
        <w:tc>
          <w:tcPr>
            <w:tcW w:w="4752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2B672EEE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C9902E"/>
                <w:sz w:val="24"/>
                <w:szCs w:val="24"/>
              </w:rPr>
              <w:t xml:space="preserve">1. </w:t>
            </w:r>
            <w:r w:rsidRPr="008341BD">
              <w:rPr>
                <w:sz w:val="24"/>
                <w:szCs w:val="24"/>
              </w:rPr>
              <w:t>Is the distinction based on the product name or on what the technology is doing?</w:t>
            </w:r>
          </w:p>
        </w:tc>
        <w:tc>
          <w:tcPr>
            <w:tcW w:w="5976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30803D73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i/>
                <w:color w:val="9AA4B2"/>
                <w:sz w:val="24"/>
                <w:szCs w:val="24"/>
              </w:rPr>
              <w:t>Type response here...</w:t>
            </w:r>
          </w:p>
          <w:p w14:paraId="42C22837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 xml:space="preserve">Policy / section / evidence: </w:t>
            </w:r>
            <w:r w:rsidRPr="008341BD">
              <w:rPr>
                <w:color w:val="8995A3"/>
                <w:sz w:val="24"/>
                <w:szCs w:val="24"/>
              </w:rPr>
              <w:t>________________________________</w:t>
            </w:r>
          </w:p>
        </w:tc>
      </w:tr>
      <w:tr w:rsidR="00D957F4" w:rsidRPr="008341BD" w14:paraId="6F1FD040" w14:textId="77777777" w:rsidTr="00F740F7">
        <w:trPr>
          <w:jc w:val="center"/>
        </w:trPr>
        <w:tc>
          <w:tcPr>
            <w:tcW w:w="4752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2A36AF9F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C9902E"/>
                <w:sz w:val="24"/>
                <w:szCs w:val="24"/>
              </w:rPr>
              <w:t xml:space="preserve">2. </w:t>
            </w:r>
            <w:r w:rsidRPr="008341BD">
              <w:rPr>
                <w:sz w:val="24"/>
                <w:szCs w:val="24"/>
              </w:rPr>
              <w:t>Does current policy define acceptable AI use by function, purpose, or level of assistance?</w:t>
            </w:r>
          </w:p>
        </w:tc>
        <w:tc>
          <w:tcPr>
            <w:tcW w:w="5976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0EFC3810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i/>
                <w:color w:val="9AA4B2"/>
                <w:sz w:val="24"/>
                <w:szCs w:val="24"/>
              </w:rPr>
              <w:t>Type response here...</w:t>
            </w:r>
          </w:p>
          <w:p w14:paraId="7CFF745B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 xml:space="preserve">Policy / section / evidence: </w:t>
            </w:r>
            <w:r w:rsidRPr="008341BD">
              <w:rPr>
                <w:color w:val="8995A3"/>
                <w:sz w:val="24"/>
                <w:szCs w:val="24"/>
              </w:rPr>
              <w:t>________________________________</w:t>
            </w:r>
          </w:p>
        </w:tc>
      </w:tr>
      <w:tr w:rsidR="00D957F4" w:rsidRPr="008341BD" w14:paraId="01499FC6" w14:textId="77777777" w:rsidTr="00F740F7">
        <w:trPr>
          <w:jc w:val="center"/>
        </w:trPr>
        <w:tc>
          <w:tcPr>
            <w:tcW w:w="4752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32851792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C9902E"/>
                <w:sz w:val="24"/>
                <w:szCs w:val="24"/>
              </w:rPr>
              <w:t xml:space="preserve">3. </w:t>
            </w:r>
            <w:r w:rsidRPr="008341BD">
              <w:rPr>
                <w:sz w:val="24"/>
                <w:szCs w:val="24"/>
              </w:rPr>
              <w:t>How are embedded AI features in commonly used software treated?</w:t>
            </w:r>
          </w:p>
        </w:tc>
        <w:tc>
          <w:tcPr>
            <w:tcW w:w="5976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36E5FA4E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i/>
                <w:color w:val="9AA4B2"/>
                <w:sz w:val="24"/>
                <w:szCs w:val="24"/>
              </w:rPr>
              <w:t>Type response here...</w:t>
            </w:r>
          </w:p>
          <w:p w14:paraId="2FC05A01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 xml:space="preserve">Policy / section / evidence: </w:t>
            </w:r>
            <w:r w:rsidRPr="008341BD">
              <w:rPr>
                <w:color w:val="8995A3"/>
                <w:sz w:val="24"/>
                <w:szCs w:val="24"/>
              </w:rPr>
              <w:t>________________________________</w:t>
            </w:r>
          </w:p>
        </w:tc>
      </w:tr>
      <w:tr w:rsidR="00D957F4" w:rsidRPr="008341BD" w14:paraId="37DBE790" w14:textId="77777777" w:rsidTr="00F740F7">
        <w:trPr>
          <w:jc w:val="center"/>
        </w:trPr>
        <w:tc>
          <w:tcPr>
            <w:tcW w:w="4752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00832661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C9902E"/>
                <w:sz w:val="24"/>
                <w:szCs w:val="24"/>
              </w:rPr>
              <w:t xml:space="preserve">4. </w:t>
            </w:r>
            <w:r w:rsidRPr="008341BD">
              <w:rPr>
                <w:sz w:val="24"/>
                <w:szCs w:val="24"/>
              </w:rPr>
              <w:t>Would a student reasonably know when ordinary editing becomes generative assistance?</w:t>
            </w:r>
          </w:p>
        </w:tc>
        <w:tc>
          <w:tcPr>
            <w:tcW w:w="5976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42641A9A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i/>
                <w:color w:val="9AA4B2"/>
                <w:sz w:val="24"/>
                <w:szCs w:val="24"/>
              </w:rPr>
              <w:t>Type response here...</w:t>
            </w:r>
          </w:p>
          <w:p w14:paraId="155D503D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 xml:space="preserve">Policy / section / evidence: </w:t>
            </w:r>
            <w:r w:rsidRPr="008341BD">
              <w:rPr>
                <w:color w:val="8995A3"/>
                <w:sz w:val="24"/>
                <w:szCs w:val="24"/>
              </w:rPr>
              <w:t>________________________________</w:t>
            </w:r>
          </w:p>
        </w:tc>
      </w:tr>
      <w:tr w:rsidR="00D957F4" w:rsidRPr="008341BD" w14:paraId="3C4E2867" w14:textId="77777777" w:rsidTr="00F740F7">
        <w:trPr>
          <w:jc w:val="center"/>
        </w:trPr>
        <w:tc>
          <w:tcPr>
            <w:tcW w:w="4752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0A4F4A05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C9902E"/>
                <w:sz w:val="24"/>
                <w:szCs w:val="24"/>
              </w:rPr>
              <w:t xml:space="preserve">5. </w:t>
            </w:r>
            <w:r w:rsidRPr="008341BD">
              <w:rPr>
                <w:sz w:val="24"/>
                <w:szCs w:val="24"/>
              </w:rPr>
              <w:t>If the instructor and institutional policy use different language, which governs?</w:t>
            </w:r>
          </w:p>
        </w:tc>
        <w:tc>
          <w:tcPr>
            <w:tcW w:w="5976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1ED758F7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i/>
                <w:color w:val="9AA4B2"/>
                <w:sz w:val="24"/>
                <w:szCs w:val="24"/>
              </w:rPr>
              <w:t>Type response here...</w:t>
            </w:r>
          </w:p>
          <w:p w14:paraId="467CC995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 xml:space="preserve">Policy / section / evidence: </w:t>
            </w:r>
            <w:r w:rsidRPr="008341BD">
              <w:rPr>
                <w:color w:val="8995A3"/>
                <w:sz w:val="24"/>
                <w:szCs w:val="24"/>
              </w:rPr>
              <w:t>________________________________</w:t>
            </w:r>
          </w:p>
        </w:tc>
      </w:tr>
      <w:tr w:rsidR="00D957F4" w:rsidRPr="008341BD" w14:paraId="47171423" w14:textId="77777777" w:rsidTr="00F740F7">
        <w:trPr>
          <w:jc w:val="center"/>
        </w:trPr>
        <w:tc>
          <w:tcPr>
            <w:tcW w:w="4752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1D70D801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C9902E"/>
                <w:sz w:val="24"/>
                <w:szCs w:val="24"/>
              </w:rPr>
              <w:t xml:space="preserve">6. </w:t>
            </w:r>
            <w:r w:rsidRPr="008341BD">
              <w:rPr>
                <w:sz w:val="24"/>
                <w:szCs w:val="24"/>
              </w:rPr>
              <w:t>What guidance would prevent this rule from becoming obsolete as products change?</w:t>
            </w:r>
          </w:p>
        </w:tc>
        <w:tc>
          <w:tcPr>
            <w:tcW w:w="5976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0D1B5703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i/>
                <w:color w:val="9AA4B2"/>
                <w:sz w:val="24"/>
                <w:szCs w:val="24"/>
              </w:rPr>
              <w:t>Type response here...</w:t>
            </w:r>
          </w:p>
          <w:p w14:paraId="6CE5CDDA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 xml:space="preserve">Policy / section / evidence: </w:t>
            </w:r>
            <w:r w:rsidRPr="008341BD">
              <w:rPr>
                <w:color w:val="8995A3"/>
                <w:sz w:val="24"/>
                <w:szCs w:val="24"/>
              </w:rPr>
              <w:t>________________________________</w:t>
            </w:r>
          </w:p>
        </w:tc>
      </w:tr>
    </w:tbl>
    <w:p w14:paraId="5B6C6AF0" w14:textId="77777777" w:rsidR="00D957F4" w:rsidRDefault="00D957F4" w:rsidP="008341BD">
      <w:pPr>
        <w:spacing w:after="0" w:line="240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64"/>
        <w:gridCol w:w="2664"/>
        <w:gridCol w:w="2664"/>
        <w:gridCol w:w="2664"/>
      </w:tblGrid>
      <w:tr w:rsidR="00D957F4" w:rsidRPr="008341BD" w14:paraId="57DC1A80" w14:textId="77777777">
        <w:trPr>
          <w:jc w:val="center"/>
        </w:trPr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0B1F3A"/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694F6C6D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b/>
                <w:color w:val="FFFFFF"/>
                <w:sz w:val="24"/>
                <w:szCs w:val="24"/>
              </w:rPr>
              <w:t>OVERALL STATUS</w:t>
            </w:r>
          </w:p>
        </w:tc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7F0E2"/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26FF7960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>Clear</w:t>
            </w:r>
          </w:p>
        </w:tc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7F0E2"/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31E0214E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>Partially Clear</w:t>
            </w:r>
          </w:p>
        </w:tc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7F0E2"/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7E6A8779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>Unclear / Conflicting</w:t>
            </w:r>
          </w:p>
        </w:tc>
      </w:tr>
      <w:tr w:rsidR="00D957F4" w:rsidRPr="008341BD" w14:paraId="22047B00" w14:textId="77777777">
        <w:trPr>
          <w:jc w:val="center"/>
        </w:trPr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F18FEB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sz w:val="24"/>
                <w:szCs w:val="24"/>
              </w:rPr>
              <w:t>Select one</w:t>
            </w:r>
          </w:p>
        </w:tc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2B0809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sz w:val="24"/>
                <w:szCs w:val="24"/>
              </w:rPr>
              <w:t>☐</w:t>
            </w:r>
          </w:p>
        </w:tc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DFF6B1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sz w:val="24"/>
                <w:szCs w:val="24"/>
              </w:rPr>
              <w:t>☐</w:t>
            </w:r>
          </w:p>
        </w:tc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07D1B3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sz w:val="24"/>
                <w:szCs w:val="24"/>
              </w:rPr>
              <w:t>☐</w:t>
            </w:r>
          </w:p>
        </w:tc>
      </w:tr>
    </w:tbl>
    <w:p w14:paraId="64946E1E" w14:textId="77777777" w:rsidR="008341BD" w:rsidRDefault="008341BD" w:rsidP="008341BD">
      <w:pPr>
        <w:spacing w:after="0" w:line="240" w:lineRule="auto"/>
        <w:rPr>
          <w:b/>
          <w:color w:val="0B1F3A"/>
          <w:sz w:val="17"/>
        </w:rPr>
      </w:pPr>
    </w:p>
    <w:p w14:paraId="20EF609B" w14:textId="1EFCD56D" w:rsidR="00D957F4" w:rsidRPr="008341BD" w:rsidRDefault="00000000" w:rsidP="008341BD">
      <w:pPr>
        <w:spacing w:after="0" w:line="240" w:lineRule="auto"/>
        <w:jc w:val="center"/>
        <w:rPr>
          <w:sz w:val="20"/>
          <w:szCs w:val="20"/>
        </w:rPr>
      </w:pPr>
      <w:r w:rsidRPr="008341BD">
        <w:rPr>
          <w:b/>
          <w:color w:val="0B1F3A"/>
          <w:sz w:val="20"/>
          <w:szCs w:val="20"/>
        </w:rPr>
        <w:t xml:space="preserve">Action needed: </w:t>
      </w:r>
      <w:r w:rsidRPr="008341BD">
        <w:rPr>
          <w:sz w:val="20"/>
          <w:szCs w:val="20"/>
        </w:rPr>
        <w:t>☐ None   ☐ Clarify guidance   ☐ Revise policy   ☐ Training   ☐ Privacy/IT review   ☐ Accessibility review</w:t>
      </w:r>
    </w:p>
    <w:p w14:paraId="1A59D73A" w14:textId="77777777" w:rsidR="00D957F4" w:rsidRPr="008341BD" w:rsidRDefault="00000000" w:rsidP="008341BD">
      <w:pPr>
        <w:spacing w:after="0" w:line="240" w:lineRule="auto"/>
        <w:jc w:val="center"/>
        <w:rPr>
          <w:sz w:val="20"/>
          <w:szCs w:val="20"/>
        </w:rPr>
      </w:pPr>
      <w:proofErr w:type="gramStart"/>
      <w:r w:rsidRPr="008341BD">
        <w:rPr>
          <w:sz w:val="20"/>
          <w:szCs w:val="20"/>
        </w:rPr>
        <w:t>Owner: _</w:t>
      </w:r>
      <w:proofErr w:type="gramEnd"/>
      <w:r w:rsidRPr="008341BD">
        <w:rPr>
          <w:sz w:val="20"/>
          <w:szCs w:val="20"/>
        </w:rPr>
        <w:t>_____________________________    Target date: ____________________</w:t>
      </w:r>
    </w:p>
    <w:p w14:paraId="03A29966" w14:textId="77777777" w:rsidR="00D957F4" w:rsidRPr="008341BD" w:rsidRDefault="00000000" w:rsidP="008341BD">
      <w:pPr>
        <w:spacing w:after="0" w:line="240" w:lineRule="auto"/>
        <w:jc w:val="center"/>
        <w:rPr>
          <w:sz w:val="20"/>
          <w:szCs w:val="20"/>
        </w:rPr>
      </w:pPr>
      <w:r w:rsidRPr="008341BD">
        <w:rPr>
          <w:sz w:val="20"/>
          <w:szCs w:val="20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8"/>
        <w:gridCol w:w="5328"/>
      </w:tblGrid>
      <w:tr w:rsidR="00D957F4" w14:paraId="3F92024C" w14:textId="77777777">
        <w:trPr>
          <w:jc w:val="center"/>
        </w:trPr>
        <w:tc>
          <w:tcPr>
            <w:tcW w:w="5328" w:type="dxa"/>
            <w:shd w:val="clear" w:color="auto" w:fill="0B1F3A"/>
            <w:tcMar>
              <w:top w:w="110" w:type="dxa"/>
              <w:left w:w="160" w:type="dxa"/>
              <w:bottom w:w="110" w:type="dxa"/>
              <w:right w:w="120" w:type="dxa"/>
            </w:tcMar>
          </w:tcPr>
          <w:p w14:paraId="0FE3A2EB" w14:textId="77777777" w:rsidR="00D957F4" w:rsidRDefault="00000000" w:rsidP="008341BD">
            <w:pPr>
              <w:spacing w:after="0" w:line="240" w:lineRule="auto"/>
            </w:pPr>
            <w:r>
              <w:rPr>
                <w:rFonts w:ascii="Aptos Display" w:eastAsia="Aptos Display" w:hAnsi="Aptos Display"/>
                <w:b/>
                <w:color w:val="FFFFFF"/>
                <w:sz w:val="38"/>
              </w:rPr>
              <w:lastRenderedPageBreak/>
              <w:t>SCENARIO 2: AI SUMMARIZATION AND THE LEARNING OBJECTIVE</w:t>
            </w:r>
          </w:p>
          <w:p w14:paraId="2AEDC213" w14:textId="77777777" w:rsidR="00D957F4" w:rsidRPr="008341BD" w:rsidRDefault="00000000" w:rsidP="008341BD">
            <w:pPr>
              <w:spacing w:after="0" w:line="240" w:lineRule="auto"/>
              <w:rPr>
                <w:i/>
                <w:iCs/>
              </w:rPr>
            </w:pPr>
            <w:r w:rsidRPr="008341BD">
              <w:rPr>
                <w:i/>
                <w:iCs/>
                <w:color w:val="E8EDF5"/>
              </w:rPr>
              <w:t>Student AI Institutional Stress Test</w:t>
            </w:r>
          </w:p>
        </w:tc>
        <w:tc>
          <w:tcPr>
            <w:tcW w:w="5328" w:type="dxa"/>
            <w:shd w:val="clear" w:color="auto" w:fill="0B1F3A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7E3B2F49" w14:textId="532A1282" w:rsidR="00D957F4" w:rsidRDefault="008341BD" w:rsidP="008341BD"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1014DA46" wp14:editId="0B066921">
                  <wp:extent cx="1085850" cy="1085850"/>
                  <wp:effectExtent l="0" t="0" r="0" b="0"/>
                  <wp:docPr id="6165449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8719695" name="Picture 55871969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6F0456" w14:textId="77777777" w:rsidR="00D957F4" w:rsidRDefault="00D957F4" w:rsidP="008341BD">
      <w:pPr>
        <w:spacing w:after="0" w:line="240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656"/>
      </w:tblGrid>
      <w:tr w:rsidR="00D957F4" w:rsidRPr="008341BD" w14:paraId="25C0E25D" w14:textId="77777777">
        <w:trPr>
          <w:jc w:val="center"/>
        </w:trPr>
        <w:tc>
          <w:tcPr>
            <w:tcW w:w="10656" w:type="dxa"/>
            <w:tcBorders>
              <w:top w:val="single" w:sz="8" w:space="0" w:color="14345B"/>
              <w:left w:val="single" w:sz="8" w:space="0" w:color="14345B"/>
              <w:bottom w:val="single" w:sz="8" w:space="0" w:color="14345B"/>
              <w:right w:val="single" w:sz="8" w:space="0" w:color="14345B"/>
            </w:tcBorders>
            <w:shd w:val="clear" w:color="auto" w:fill="EEF4F9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41063235" w14:textId="77777777" w:rsidR="00D957F4" w:rsidRPr="008341BD" w:rsidRDefault="00000000" w:rsidP="008341BD">
            <w:pPr>
              <w:spacing w:after="0" w:line="240" w:lineRule="auto"/>
              <w:rPr>
                <w:sz w:val="28"/>
                <w:szCs w:val="28"/>
              </w:rPr>
            </w:pPr>
            <w:r w:rsidRPr="008341BD">
              <w:rPr>
                <w:b/>
                <w:color w:val="C9902E"/>
                <w:sz w:val="28"/>
                <w:szCs w:val="28"/>
              </w:rPr>
              <w:t xml:space="preserve">SITUATION: </w:t>
            </w:r>
            <w:r w:rsidRPr="008341BD">
              <w:rPr>
                <w:sz w:val="28"/>
                <w:szCs w:val="28"/>
              </w:rPr>
              <w:t>A student asks an AI tool to summarize a required journal article and uses the summary to prepare for class without reading the full article.</w:t>
            </w:r>
          </w:p>
        </w:tc>
      </w:tr>
    </w:tbl>
    <w:p w14:paraId="73B8CBB8" w14:textId="77777777" w:rsidR="00D957F4" w:rsidRDefault="00D957F4" w:rsidP="008341BD">
      <w:pPr>
        <w:spacing w:after="0" w:line="240" w:lineRule="auto"/>
      </w:pPr>
    </w:p>
    <w:p w14:paraId="136C4C0E" w14:textId="20994B11" w:rsidR="00D957F4" w:rsidRPr="008341BD" w:rsidRDefault="00000000" w:rsidP="008341BD">
      <w:pPr>
        <w:spacing w:after="0" w:line="240" w:lineRule="auto"/>
        <w:rPr>
          <w:b/>
          <w:color w:val="0B1F3A"/>
          <w:sz w:val="28"/>
          <w:szCs w:val="28"/>
        </w:rPr>
      </w:pPr>
      <w:r w:rsidRPr="008341BD">
        <w:rPr>
          <w:b/>
          <w:color w:val="C9902E"/>
          <w:sz w:val="28"/>
          <w:szCs w:val="28"/>
        </w:rPr>
        <w:t xml:space="preserve">Core test: </w:t>
      </w:r>
      <w:r w:rsidRPr="008341BD">
        <w:rPr>
          <w:b/>
          <w:color w:val="0B1F3A"/>
          <w:sz w:val="28"/>
          <w:szCs w:val="28"/>
        </w:rPr>
        <w:t>C</w:t>
      </w:r>
      <w:r w:rsidR="008341BD">
        <w:rPr>
          <w:b/>
          <w:color w:val="0B1F3A"/>
          <w:sz w:val="28"/>
          <w:szCs w:val="28"/>
        </w:rPr>
        <w:t>an</w:t>
      </w:r>
      <w:r w:rsidRPr="008341BD">
        <w:rPr>
          <w:b/>
          <w:color w:val="0B1F3A"/>
          <w:sz w:val="28"/>
          <w:szCs w:val="28"/>
        </w:rPr>
        <w:t xml:space="preserve"> your current policies tell faculty, students, and administrators what should happen here, without relying on informal interpretation?</w:t>
      </w:r>
    </w:p>
    <w:p w14:paraId="6CDCACA5" w14:textId="77777777" w:rsidR="008341BD" w:rsidRDefault="008341BD" w:rsidP="008341BD">
      <w:pPr>
        <w:spacing w:after="0" w:line="240" w:lineRule="auto"/>
      </w:pPr>
    </w:p>
    <w:tbl>
      <w:tblPr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5184"/>
        <w:gridCol w:w="5616"/>
      </w:tblGrid>
      <w:tr w:rsidR="00D957F4" w:rsidRPr="008341BD" w14:paraId="6DB58F80" w14:textId="77777777" w:rsidTr="00F740F7">
        <w:trPr>
          <w:tblHeader/>
          <w:jc w:val="center"/>
        </w:trPr>
        <w:tc>
          <w:tcPr>
            <w:tcW w:w="5184" w:type="dxa"/>
            <w:shd w:val="clear" w:color="auto" w:fill="0B1F3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CAE7274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FFFFFF"/>
                <w:sz w:val="24"/>
                <w:szCs w:val="24"/>
              </w:rPr>
              <w:t>STRESS-TEST QUESTION</w:t>
            </w:r>
          </w:p>
        </w:tc>
        <w:tc>
          <w:tcPr>
            <w:tcW w:w="5616" w:type="dxa"/>
            <w:shd w:val="clear" w:color="auto" w:fill="0B1F3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B699CEB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FFFFFF"/>
                <w:sz w:val="24"/>
                <w:szCs w:val="24"/>
              </w:rPr>
              <w:t>YOUR INSTITUTION'S CURRENT ANSWER</w:t>
            </w:r>
          </w:p>
        </w:tc>
      </w:tr>
      <w:tr w:rsidR="00D957F4" w:rsidRPr="008341BD" w14:paraId="575352B2" w14:textId="77777777" w:rsidTr="00F740F7">
        <w:trPr>
          <w:jc w:val="center"/>
        </w:trPr>
        <w:tc>
          <w:tcPr>
            <w:tcW w:w="5184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694F212D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C9902E"/>
                <w:sz w:val="24"/>
                <w:szCs w:val="24"/>
              </w:rPr>
              <w:t xml:space="preserve">1. </w:t>
            </w:r>
            <w:r w:rsidRPr="008341BD">
              <w:rPr>
                <w:sz w:val="24"/>
                <w:szCs w:val="24"/>
              </w:rPr>
              <w:t>Is AI summarization permitted for this course or assignment?</w:t>
            </w:r>
          </w:p>
        </w:tc>
        <w:tc>
          <w:tcPr>
            <w:tcW w:w="5616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1BB8A8F8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i/>
                <w:color w:val="9AA4B2"/>
                <w:sz w:val="24"/>
                <w:szCs w:val="24"/>
              </w:rPr>
              <w:t>Type response here...</w:t>
            </w:r>
          </w:p>
          <w:p w14:paraId="163701F8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 xml:space="preserve">Policy / section / evidence: </w:t>
            </w:r>
            <w:r w:rsidRPr="008341BD">
              <w:rPr>
                <w:color w:val="8995A3"/>
                <w:sz w:val="24"/>
                <w:szCs w:val="24"/>
              </w:rPr>
              <w:t>________________________________</w:t>
            </w:r>
          </w:p>
        </w:tc>
      </w:tr>
      <w:tr w:rsidR="00D957F4" w:rsidRPr="008341BD" w14:paraId="0966C2B7" w14:textId="77777777" w:rsidTr="00F740F7">
        <w:trPr>
          <w:jc w:val="center"/>
        </w:trPr>
        <w:tc>
          <w:tcPr>
            <w:tcW w:w="5184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32985B12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C9902E"/>
                <w:sz w:val="24"/>
                <w:szCs w:val="24"/>
              </w:rPr>
              <w:t xml:space="preserve">2. </w:t>
            </w:r>
            <w:r w:rsidRPr="008341BD">
              <w:rPr>
                <w:sz w:val="24"/>
                <w:szCs w:val="24"/>
              </w:rPr>
              <w:t>Does using the summary support the intended learning, or replace work the student was expected to do?</w:t>
            </w:r>
          </w:p>
        </w:tc>
        <w:tc>
          <w:tcPr>
            <w:tcW w:w="5616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19EA844E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i/>
                <w:color w:val="9AA4B2"/>
                <w:sz w:val="24"/>
                <w:szCs w:val="24"/>
              </w:rPr>
              <w:t>Type response here...</w:t>
            </w:r>
          </w:p>
          <w:p w14:paraId="54E251BE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 xml:space="preserve">Policy / section / evidence: </w:t>
            </w:r>
            <w:r w:rsidRPr="008341BD">
              <w:rPr>
                <w:color w:val="8995A3"/>
                <w:sz w:val="24"/>
                <w:szCs w:val="24"/>
              </w:rPr>
              <w:t>________________________________</w:t>
            </w:r>
          </w:p>
        </w:tc>
      </w:tr>
      <w:tr w:rsidR="00D957F4" w:rsidRPr="008341BD" w14:paraId="4268D525" w14:textId="77777777" w:rsidTr="00F740F7">
        <w:trPr>
          <w:jc w:val="center"/>
        </w:trPr>
        <w:tc>
          <w:tcPr>
            <w:tcW w:w="5184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46488E0B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C9902E"/>
                <w:sz w:val="24"/>
                <w:szCs w:val="24"/>
              </w:rPr>
              <w:t xml:space="preserve">3. </w:t>
            </w:r>
            <w:r w:rsidRPr="008341BD">
              <w:rPr>
                <w:sz w:val="24"/>
                <w:szCs w:val="24"/>
              </w:rPr>
              <w:t>Must the student disclose the use of AI in this context?</w:t>
            </w:r>
          </w:p>
        </w:tc>
        <w:tc>
          <w:tcPr>
            <w:tcW w:w="5616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687E123D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i/>
                <w:color w:val="9AA4B2"/>
                <w:sz w:val="24"/>
                <w:szCs w:val="24"/>
              </w:rPr>
              <w:t>Type response here...</w:t>
            </w:r>
          </w:p>
          <w:p w14:paraId="478E8A9F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 xml:space="preserve">Policy / section / evidence: </w:t>
            </w:r>
            <w:r w:rsidRPr="008341BD">
              <w:rPr>
                <w:color w:val="8995A3"/>
                <w:sz w:val="24"/>
                <w:szCs w:val="24"/>
              </w:rPr>
              <w:t>________________________________</w:t>
            </w:r>
          </w:p>
        </w:tc>
      </w:tr>
      <w:tr w:rsidR="00D957F4" w:rsidRPr="008341BD" w14:paraId="1E2B02BC" w14:textId="77777777" w:rsidTr="00F740F7">
        <w:trPr>
          <w:jc w:val="center"/>
        </w:trPr>
        <w:tc>
          <w:tcPr>
            <w:tcW w:w="5184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4AC5CF0C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C9902E"/>
                <w:sz w:val="24"/>
                <w:szCs w:val="24"/>
              </w:rPr>
              <w:t xml:space="preserve">4. </w:t>
            </w:r>
            <w:r w:rsidRPr="008341BD">
              <w:rPr>
                <w:sz w:val="24"/>
                <w:szCs w:val="24"/>
              </w:rPr>
              <w:t>Is the student expected to verify the summary against the original source?</w:t>
            </w:r>
          </w:p>
        </w:tc>
        <w:tc>
          <w:tcPr>
            <w:tcW w:w="5616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21A4DAB3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i/>
                <w:color w:val="9AA4B2"/>
                <w:sz w:val="24"/>
                <w:szCs w:val="24"/>
              </w:rPr>
              <w:t>Type response here...</w:t>
            </w:r>
          </w:p>
          <w:p w14:paraId="4C66C89D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 xml:space="preserve">Policy / section / evidence: </w:t>
            </w:r>
            <w:r w:rsidRPr="008341BD">
              <w:rPr>
                <w:color w:val="8995A3"/>
                <w:sz w:val="24"/>
                <w:szCs w:val="24"/>
              </w:rPr>
              <w:t>________________________________</w:t>
            </w:r>
          </w:p>
        </w:tc>
      </w:tr>
      <w:tr w:rsidR="00D957F4" w:rsidRPr="008341BD" w14:paraId="7E869142" w14:textId="77777777" w:rsidTr="00F740F7">
        <w:trPr>
          <w:jc w:val="center"/>
        </w:trPr>
        <w:tc>
          <w:tcPr>
            <w:tcW w:w="5184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731495A6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C9902E"/>
                <w:sz w:val="24"/>
                <w:szCs w:val="24"/>
              </w:rPr>
              <w:t xml:space="preserve">5. </w:t>
            </w:r>
            <w:r w:rsidRPr="008341BD">
              <w:rPr>
                <w:sz w:val="24"/>
                <w:szCs w:val="24"/>
              </w:rPr>
              <w:t>Does policy distinguish assistance with comprehension from substitution for assigned reading?</w:t>
            </w:r>
          </w:p>
        </w:tc>
        <w:tc>
          <w:tcPr>
            <w:tcW w:w="5616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77BDF9B6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i/>
                <w:color w:val="9AA4B2"/>
                <w:sz w:val="24"/>
                <w:szCs w:val="24"/>
              </w:rPr>
              <w:t>Type response here...</w:t>
            </w:r>
          </w:p>
          <w:p w14:paraId="4E21B76C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 xml:space="preserve">Policy / section / evidence: </w:t>
            </w:r>
            <w:r w:rsidRPr="008341BD">
              <w:rPr>
                <w:color w:val="8995A3"/>
                <w:sz w:val="24"/>
                <w:szCs w:val="24"/>
              </w:rPr>
              <w:t>________________________________</w:t>
            </w:r>
          </w:p>
        </w:tc>
      </w:tr>
      <w:tr w:rsidR="00D957F4" w:rsidRPr="008341BD" w14:paraId="4A4AABEF" w14:textId="77777777" w:rsidTr="00F740F7">
        <w:trPr>
          <w:jc w:val="center"/>
        </w:trPr>
        <w:tc>
          <w:tcPr>
            <w:tcW w:w="5184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0B7F87D1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C9902E"/>
                <w:sz w:val="24"/>
                <w:szCs w:val="24"/>
              </w:rPr>
              <w:t xml:space="preserve">6. </w:t>
            </w:r>
            <w:r w:rsidRPr="008341BD">
              <w:rPr>
                <w:sz w:val="24"/>
                <w:szCs w:val="24"/>
              </w:rPr>
              <w:t>Would faculty across the institution likely respond consistently to this situation?</w:t>
            </w:r>
          </w:p>
        </w:tc>
        <w:tc>
          <w:tcPr>
            <w:tcW w:w="5616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368A13B3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i/>
                <w:color w:val="9AA4B2"/>
                <w:sz w:val="24"/>
                <w:szCs w:val="24"/>
              </w:rPr>
              <w:t>Type response here...</w:t>
            </w:r>
          </w:p>
          <w:p w14:paraId="6A228B66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 xml:space="preserve">Policy / section / evidence: </w:t>
            </w:r>
            <w:r w:rsidRPr="008341BD">
              <w:rPr>
                <w:color w:val="8995A3"/>
                <w:sz w:val="24"/>
                <w:szCs w:val="24"/>
              </w:rPr>
              <w:t>________________________________</w:t>
            </w:r>
          </w:p>
        </w:tc>
      </w:tr>
    </w:tbl>
    <w:p w14:paraId="2DB2CE89" w14:textId="77777777" w:rsidR="00D957F4" w:rsidRDefault="00D957F4" w:rsidP="008341BD">
      <w:pPr>
        <w:spacing w:after="0" w:line="240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64"/>
        <w:gridCol w:w="2664"/>
        <w:gridCol w:w="2664"/>
        <w:gridCol w:w="2664"/>
      </w:tblGrid>
      <w:tr w:rsidR="00D957F4" w:rsidRPr="008341BD" w14:paraId="157F5C41" w14:textId="77777777">
        <w:trPr>
          <w:jc w:val="center"/>
        </w:trPr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0B1F3A"/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3FAA2806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b/>
                <w:color w:val="FFFFFF"/>
                <w:sz w:val="24"/>
                <w:szCs w:val="24"/>
              </w:rPr>
              <w:t>OVERALL STATUS</w:t>
            </w:r>
          </w:p>
        </w:tc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7F0E2"/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7DCE483D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>Clear</w:t>
            </w:r>
          </w:p>
        </w:tc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7F0E2"/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6DB65919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>Partially Clear</w:t>
            </w:r>
          </w:p>
        </w:tc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7F0E2"/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0785078D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>Unclear / Conflicting</w:t>
            </w:r>
          </w:p>
        </w:tc>
      </w:tr>
      <w:tr w:rsidR="00D957F4" w:rsidRPr="008341BD" w14:paraId="4AD8FC19" w14:textId="77777777">
        <w:trPr>
          <w:jc w:val="center"/>
        </w:trPr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02EDA6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sz w:val="24"/>
                <w:szCs w:val="24"/>
              </w:rPr>
              <w:t>Select one</w:t>
            </w:r>
          </w:p>
        </w:tc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63D072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sz w:val="24"/>
                <w:szCs w:val="24"/>
              </w:rPr>
              <w:t>☐</w:t>
            </w:r>
          </w:p>
        </w:tc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4088C4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sz w:val="24"/>
                <w:szCs w:val="24"/>
              </w:rPr>
              <w:t>☐</w:t>
            </w:r>
          </w:p>
        </w:tc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BC1DC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sz w:val="24"/>
                <w:szCs w:val="24"/>
              </w:rPr>
              <w:t>☐</w:t>
            </w:r>
          </w:p>
        </w:tc>
      </w:tr>
    </w:tbl>
    <w:p w14:paraId="79784B25" w14:textId="77777777" w:rsidR="008341BD" w:rsidRDefault="008341BD" w:rsidP="008341BD">
      <w:pPr>
        <w:spacing w:after="0" w:line="240" w:lineRule="auto"/>
        <w:rPr>
          <w:b/>
          <w:color w:val="0B1F3A"/>
          <w:sz w:val="17"/>
        </w:rPr>
      </w:pPr>
    </w:p>
    <w:p w14:paraId="014C297F" w14:textId="7CA5A357" w:rsidR="00D957F4" w:rsidRPr="008341BD" w:rsidRDefault="00000000" w:rsidP="008341BD">
      <w:pPr>
        <w:spacing w:after="0" w:line="240" w:lineRule="auto"/>
        <w:jc w:val="center"/>
        <w:rPr>
          <w:sz w:val="20"/>
          <w:szCs w:val="20"/>
        </w:rPr>
      </w:pPr>
      <w:r w:rsidRPr="008341BD">
        <w:rPr>
          <w:b/>
          <w:color w:val="0B1F3A"/>
          <w:sz w:val="20"/>
          <w:szCs w:val="20"/>
        </w:rPr>
        <w:t xml:space="preserve">Action needed: </w:t>
      </w:r>
      <w:r w:rsidRPr="008341BD">
        <w:rPr>
          <w:sz w:val="20"/>
          <w:szCs w:val="20"/>
        </w:rPr>
        <w:t>☐ None   ☐ Clarify guidance   ☐ Revise policy   ☐ Training   ☐ Privacy/IT review   ☐ Accessibility review</w:t>
      </w:r>
    </w:p>
    <w:p w14:paraId="61E09B84" w14:textId="77777777" w:rsidR="00D957F4" w:rsidRPr="008341BD" w:rsidRDefault="00000000" w:rsidP="008341BD">
      <w:pPr>
        <w:spacing w:after="0" w:line="240" w:lineRule="auto"/>
        <w:jc w:val="center"/>
        <w:rPr>
          <w:sz w:val="20"/>
          <w:szCs w:val="20"/>
        </w:rPr>
      </w:pPr>
      <w:proofErr w:type="gramStart"/>
      <w:r w:rsidRPr="008341BD">
        <w:rPr>
          <w:sz w:val="20"/>
          <w:szCs w:val="20"/>
        </w:rPr>
        <w:t>Owner: _</w:t>
      </w:r>
      <w:proofErr w:type="gramEnd"/>
      <w:r w:rsidRPr="008341BD">
        <w:rPr>
          <w:sz w:val="20"/>
          <w:szCs w:val="20"/>
        </w:rPr>
        <w:t>_____________________________    Target date: ____________________</w:t>
      </w:r>
    </w:p>
    <w:p w14:paraId="00BB0182" w14:textId="77777777" w:rsidR="00D957F4" w:rsidRPr="008341BD" w:rsidRDefault="00000000" w:rsidP="008341BD">
      <w:pPr>
        <w:spacing w:after="0" w:line="240" w:lineRule="auto"/>
        <w:jc w:val="center"/>
        <w:rPr>
          <w:sz w:val="20"/>
          <w:szCs w:val="20"/>
        </w:rPr>
      </w:pPr>
      <w:r w:rsidRPr="008341BD">
        <w:rPr>
          <w:sz w:val="20"/>
          <w:szCs w:val="20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8"/>
        <w:gridCol w:w="5328"/>
      </w:tblGrid>
      <w:tr w:rsidR="00D957F4" w14:paraId="372557E3" w14:textId="77777777">
        <w:trPr>
          <w:jc w:val="center"/>
        </w:trPr>
        <w:tc>
          <w:tcPr>
            <w:tcW w:w="5328" w:type="dxa"/>
            <w:shd w:val="clear" w:color="auto" w:fill="0B1F3A"/>
            <w:tcMar>
              <w:top w:w="110" w:type="dxa"/>
              <w:left w:w="160" w:type="dxa"/>
              <w:bottom w:w="110" w:type="dxa"/>
              <w:right w:w="120" w:type="dxa"/>
            </w:tcMar>
          </w:tcPr>
          <w:p w14:paraId="21357C0B" w14:textId="77777777" w:rsidR="00D957F4" w:rsidRDefault="00000000" w:rsidP="008341BD">
            <w:pPr>
              <w:spacing w:after="0" w:line="240" w:lineRule="auto"/>
            </w:pPr>
            <w:r>
              <w:rPr>
                <w:rFonts w:ascii="Aptos Display" w:eastAsia="Aptos Display" w:hAnsi="Aptos Display"/>
                <w:b/>
                <w:color w:val="FFFFFF"/>
                <w:sz w:val="38"/>
              </w:rPr>
              <w:lastRenderedPageBreak/>
              <w:t>SCENARIO 3: UPLOADING INSTRUCTOR FEEDBACK INTO AN AI SYSTEM</w:t>
            </w:r>
          </w:p>
          <w:p w14:paraId="1BE48518" w14:textId="77777777" w:rsidR="00D957F4" w:rsidRDefault="00000000" w:rsidP="008341BD">
            <w:pPr>
              <w:spacing w:after="0" w:line="240" w:lineRule="auto"/>
            </w:pPr>
            <w:r>
              <w:rPr>
                <w:color w:val="E8EDF5"/>
              </w:rPr>
              <w:t>Student AI Institutional Stress Test</w:t>
            </w:r>
          </w:p>
        </w:tc>
        <w:tc>
          <w:tcPr>
            <w:tcW w:w="5328" w:type="dxa"/>
            <w:shd w:val="clear" w:color="auto" w:fill="0B1F3A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28D2B98E" w14:textId="3FC0FF82" w:rsidR="00D957F4" w:rsidRDefault="008341BD" w:rsidP="008341BD"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6A16F597" wp14:editId="0DD89A1E">
                  <wp:extent cx="1085850" cy="1085850"/>
                  <wp:effectExtent l="0" t="0" r="0" b="0"/>
                  <wp:docPr id="21181860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8719695" name="Picture 55871969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A972C0" w14:textId="77777777" w:rsidR="00D957F4" w:rsidRDefault="00D957F4" w:rsidP="008341BD">
      <w:pPr>
        <w:spacing w:after="0" w:line="240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656"/>
      </w:tblGrid>
      <w:tr w:rsidR="00D957F4" w:rsidRPr="008341BD" w14:paraId="6D92BFBF" w14:textId="77777777">
        <w:trPr>
          <w:jc w:val="center"/>
        </w:trPr>
        <w:tc>
          <w:tcPr>
            <w:tcW w:w="10656" w:type="dxa"/>
            <w:tcBorders>
              <w:top w:val="single" w:sz="8" w:space="0" w:color="14345B"/>
              <w:left w:val="single" w:sz="8" w:space="0" w:color="14345B"/>
              <w:bottom w:val="single" w:sz="8" w:space="0" w:color="14345B"/>
              <w:right w:val="single" w:sz="8" w:space="0" w:color="14345B"/>
            </w:tcBorders>
            <w:shd w:val="clear" w:color="auto" w:fill="EEF4F9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35A3F24A" w14:textId="77777777" w:rsidR="00D957F4" w:rsidRPr="008341BD" w:rsidRDefault="00000000" w:rsidP="008341BD">
            <w:pPr>
              <w:spacing w:after="0" w:line="240" w:lineRule="auto"/>
              <w:rPr>
                <w:sz w:val="28"/>
                <w:szCs w:val="28"/>
              </w:rPr>
            </w:pPr>
            <w:r w:rsidRPr="008341BD">
              <w:rPr>
                <w:b/>
                <w:color w:val="C9902E"/>
                <w:sz w:val="28"/>
                <w:szCs w:val="28"/>
              </w:rPr>
              <w:t xml:space="preserve">SITUATION: </w:t>
            </w:r>
            <w:proofErr w:type="gramStart"/>
            <w:r w:rsidRPr="008341BD">
              <w:rPr>
                <w:sz w:val="28"/>
                <w:szCs w:val="28"/>
              </w:rPr>
              <w:t>A student uploads detailed instructor feedback</w:t>
            </w:r>
            <w:proofErr w:type="gramEnd"/>
            <w:r w:rsidRPr="008341BD">
              <w:rPr>
                <w:sz w:val="28"/>
                <w:szCs w:val="28"/>
              </w:rPr>
              <w:t xml:space="preserve"> on a draft into a public AI platform and asks the tool to rewrite the paper in response to the comments.</w:t>
            </w:r>
          </w:p>
        </w:tc>
      </w:tr>
    </w:tbl>
    <w:p w14:paraId="31D2EB70" w14:textId="77777777" w:rsidR="00D957F4" w:rsidRDefault="00D957F4" w:rsidP="008341BD">
      <w:pPr>
        <w:spacing w:after="0" w:line="240" w:lineRule="auto"/>
      </w:pPr>
    </w:p>
    <w:p w14:paraId="039EF4A5" w14:textId="09BBDDA4" w:rsidR="00D957F4" w:rsidRPr="008341BD" w:rsidRDefault="00000000" w:rsidP="008341BD">
      <w:pPr>
        <w:spacing w:after="0" w:line="240" w:lineRule="auto"/>
        <w:rPr>
          <w:b/>
          <w:color w:val="0B1F3A"/>
          <w:sz w:val="28"/>
          <w:szCs w:val="28"/>
        </w:rPr>
      </w:pPr>
      <w:r w:rsidRPr="008341BD">
        <w:rPr>
          <w:b/>
          <w:color w:val="C9902E"/>
          <w:sz w:val="28"/>
          <w:szCs w:val="28"/>
        </w:rPr>
        <w:t xml:space="preserve">Core test: </w:t>
      </w:r>
      <w:r w:rsidR="008341BD">
        <w:rPr>
          <w:b/>
          <w:color w:val="0B1F3A"/>
          <w:sz w:val="28"/>
          <w:szCs w:val="28"/>
        </w:rPr>
        <w:t xml:space="preserve">Does </w:t>
      </w:r>
      <w:r w:rsidRPr="008341BD">
        <w:rPr>
          <w:b/>
          <w:color w:val="0B1F3A"/>
          <w:sz w:val="28"/>
          <w:szCs w:val="28"/>
        </w:rPr>
        <w:t>your current policies tell faculty, students, and administrators what should happen here, without relying on informal interpretation?</w:t>
      </w:r>
    </w:p>
    <w:p w14:paraId="0091B136" w14:textId="77777777" w:rsidR="008341BD" w:rsidRDefault="008341BD" w:rsidP="008341BD">
      <w:pPr>
        <w:spacing w:after="0" w:line="240" w:lineRule="auto"/>
      </w:pPr>
    </w:p>
    <w:tbl>
      <w:tblPr>
        <w:tblW w:w="10692" w:type="dxa"/>
        <w:jc w:val="center"/>
        <w:tblLayout w:type="fixed"/>
        <w:tblLook w:val="04A0" w:firstRow="1" w:lastRow="0" w:firstColumn="1" w:lastColumn="0" w:noHBand="0" w:noVBand="1"/>
      </w:tblPr>
      <w:tblGrid>
        <w:gridCol w:w="5184"/>
        <w:gridCol w:w="5508"/>
      </w:tblGrid>
      <w:tr w:rsidR="00D957F4" w:rsidRPr="008341BD" w14:paraId="0078D85E" w14:textId="77777777" w:rsidTr="00F740F7">
        <w:trPr>
          <w:tblHeader/>
          <w:jc w:val="center"/>
        </w:trPr>
        <w:tc>
          <w:tcPr>
            <w:tcW w:w="5184" w:type="dxa"/>
            <w:shd w:val="clear" w:color="auto" w:fill="0B1F3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41BFFF6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FFFFFF"/>
                <w:sz w:val="24"/>
                <w:szCs w:val="24"/>
              </w:rPr>
              <w:t>STRESS-TEST QUESTION</w:t>
            </w:r>
          </w:p>
        </w:tc>
        <w:tc>
          <w:tcPr>
            <w:tcW w:w="5508" w:type="dxa"/>
            <w:shd w:val="clear" w:color="auto" w:fill="0B1F3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13745AD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FFFFFF"/>
                <w:sz w:val="24"/>
                <w:szCs w:val="24"/>
              </w:rPr>
              <w:t>YOUR INSTITUTION'S CURRENT ANSWER</w:t>
            </w:r>
          </w:p>
        </w:tc>
      </w:tr>
      <w:tr w:rsidR="00D957F4" w:rsidRPr="008341BD" w14:paraId="2D2393EC" w14:textId="77777777" w:rsidTr="00F740F7">
        <w:trPr>
          <w:jc w:val="center"/>
        </w:trPr>
        <w:tc>
          <w:tcPr>
            <w:tcW w:w="5184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37112B72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C9902E"/>
                <w:sz w:val="24"/>
                <w:szCs w:val="24"/>
              </w:rPr>
              <w:t xml:space="preserve">1. </w:t>
            </w:r>
            <w:r w:rsidRPr="008341BD">
              <w:rPr>
                <w:sz w:val="24"/>
                <w:szCs w:val="24"/>
              </w:rPr>
              <w:t>May students upload instructor-created feedback or course materials into external AI systems?</w:t>
            </w:r>
          </w:p>
        </w:tc>
        <w:tc>
          <w:tcPr>
            <w:tcW w:w="5508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28BC8F15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i/>
                <w:color w:val="9AA4B2"/>
                <w:sz w:val="24"/>
                <w:szCs w:val="24"/>
              </w:rPr>
              <w:t>Type response here...</w:t>
            </w:r>
          </w:p>
          <w:p w14:paraId="64C9CF53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 xml:space="preserve">Policy / section / evidence: </w:t>
            </w:r>
            <w:r w:rsidRPr="008341BD">
              <w:rPr>
                <w:color w:val="8995A3"/>
                <w:sz w:val="24"/>
                <w:szCs w:val="24"/>
              </w:rPr>
              <w:t>________________________________</w:t>
            </w:r>
          </w:p>
        </w:tc>
      </w:tr>
      <w:tr w:rsidR="00D957F4" w:rsidRPr="008341BD" w14:paraId="1C98FAFB" w14:textId="77777777" w:rsidTr="00F740F7">
        <w:trPr>
          <w:jc w:val="center"/>
        </w:trPr>
        <w:tc>
          <w:tcPr>
            <w:tcW w:w="5184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48EE865F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C9902E"/>
                <w:sz w:val="24"/>
                <w:szCs w:val="24"/>
              </w:rPr>
              <w:t xml:space="preserve">2. </w:t>
            </w:r>
            <w:r w:rsidRPr="008341BD">
              <w:rPr>
                <w:sz w:val="24"/>
                <w:szCs w:val="24"/>
              </w:rPr>
              <w:t>Does current guidance address intellectual property, confidentiality, or platform data use?</w:t>
            </w:r>
          </w:p>
        </w:tc>
        <w:tc>
          <w:tcPr>
            <w:tcW w:w="5508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01A5C8DA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i/>
                <w:color w:val="9AA4B2"/>
                <w:sz w:val="24"/>
                <w:szCs w:val="24"/>
              </w:rPr>
              <w:t>Type response here...</w:t>
            </w:r>
          </w:p>
          <w:p w14:paraId="5016FA9B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 xml:space="preserve">Policy / section / evidence: </w:t>
            </w:r>
            <w:r w:rsidRPr="008341BD">
              <w:rPr>
                <w:color w:val="8995A3"/>
                <w:sz w:val="24"/>
                <w:szCs w:val="24"/>
              </w:rPr>
              <w:t>________________________________</w:t>
            </w:r>
          </w:p>
        </w:tc>
      </w:tr>
      <w:tr w:rsidR="00D957F4" w:rsidRPr="008341BD" w14:paraId="10C74D54" w14:textId="77777777" w:rsidTr="00F740F7">
        <w:trPr>
          <w:jc w:val="center"/>
        </w:trPr>
        <w:tc>
          <w:tcPr>
            <w:tcW w:w="5184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33E138FD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C9902E"/>
                <w:sz w:val="24"/>
                <w:szCs w:val="24"/>
              </w:rPr>
              <w:t xml:space="preserve">3. </w:t>
            </w:r>
            <w:r w:rsidRPr="008341BD">
              <w:rPr>
                <w:sz w:val="24"/>
                <w:szCs w:val="24"/>
              </w:rPr>
              <w:t>Does the institution distinguish between using feedback to guide revision and using AI to perform the revision?</w:t>
            </w:r>
          </w:p>
        </w:tc>
        <w:tc>
          <w:tcPr>
            <w:tcW w:w="5508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62541887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i/>
                <w:color w:val="9AA4B2"/>
                <w:sz w:val="24"/>
                <w:szCs w:val="24"/>
              </w:rPr>
              <w:t>Type response here...</w:t>
            </w:r>
          </w:p>
          <w:p w14:paraId="4F3DCBFB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 xml:space="preserve">Policy / section / evidence: </w:t>
            </w:r>
            <w:r w:rsidRPr="008341BD">
              <w:rPr>
                <w:color w:val="8995A3"/>
                <w:sz w:val="24"/>
                <w:szCs w:val="24"/>
              </w:rPr>
              <w:t>________________________________</w:t>
            </w:r>
          </w:p>
        </w:tc>
      </w:tr>
      <w:tr w:rsidR="00D957F4" w:rsidRPr="008341BD" w14:paraId="5AD9776D" w14:textId="77777777" w:rsidTr="00F740F7">
        <w:trPr>
          <w:jc w:val="center"/>
        </w:trPr>
        <w:tc>
          <w:tcPr>
            <w:tcW w:w="5184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48EE4DA2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C9902E"/>
                <w:sz w:val="24"/>
                <w:szCs w:val="24"/>
              </w:rPr>
              <w:t xml:space="preserve">4. </w:t>
            </w:r>
            <w:r w:rsidRPr="008341BD">
              <w:rPr>
                <w:sz w:val="24"/>
                <w:szCs w:val="24"/>
              </w:rPr>
              <w:t>Are students told which AI platforms are approved for academic work?</w:t>
            </w:r>
          </w:p>
        </w:tc>
        <w:tc>
          <w:tcPr>
            <w:tcW w:w="5508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79250994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i/>
                <w:color w:val="9AA4B2"/>
                <w:sz w:val="24"/>
                <w:szCs w:val="24"/>
              </w:rPr>
              <w:t>Type response here...</w:t>
            </w:r>
          </w:p>
          <w:p w14:paraId="1CED68C8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 xml:space="preserve">Policy / section / evidence: </w:t>
            </w:r>
            <w:r w:rsidRPr="008341BD">
              <w:rPr>
                <w:color w:val="8995A3"/>
                <w:sz w:val="24"/>
                <w:szCs w:val="24"/>
              </w:rPr>
              <w:t>________________________________</w:t>
            </w:r>
          </w:p>
        </w:tc>
      </w:tr>
      <w:tr w:rsidR="00D957F4" w:rsidRPr="008341BD" w14:paraId="327AD0B1" w14:textId="77777777" w:rsidTr="00F740F7">
        <w:trPr>
          <w:jc w:val="center"/>
        </w:trPr>
        <w:tc>
          <w:tcPr>
            <w:tcW w:w="5184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63C78855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C9902E"/>
                <w:sz w:val="24"/>
                <w:szCs w:val="24"/>
              </w:rPr>
              <w:t xml:space="preserve">5. </w:t>
            </w:r>
            <w:r w:rsidRPr="008341BD">
              <w:rPr>
                <w:sz w:val="24"/>
                <w:szCs w:val="24"/>
              </w:rPr>
              <w:t>Who is responsible for communicating privacy and data-use expectations to students?</w:t>
            </w:r>
          </w:p>
        </w:tc>
        <w:tc>
          <w:tcPr>
            <w:tcW w:w="5508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78C608C1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i/>
                <w:color w:val="9AA4B2"/>
                <w:sz w:val="24"/>
                <w:szCs w:val="24"/>
              </w:rPr>
              <w:t>Type response here...</w:t>
            </w:r>
          </w:p>
          <w:p w14:paraId="604AD92F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 xml:space="preserve">Policy / section / evidence: </w:t>
            </w:r>
            <w:r w:rsidRPr="008341BD">
              <w:rPr>
                <w:color w:val="8995A3"/>
                <w:sz w:val="24"/>
                <w:szCs w:val="24"/>
              </w:rPr>
              <w:t>________________________________</w:t>
            </w:r>
          </w:p>
        </w:tc>
      </w:tr>
      <w:tr w:rsidR="00D957F4" w:rsidRPr="008341BD" w14:paraId="3892FCEA" w14:textId="77777777" w:rsidTr="00F740F7">
        <w:trPr>
          <w:jc w:val="center"/>
        </w:trPr>
        <w:tc>
          <w:tcPr>
            <w:tcW w:w="5184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2CA4F05E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C9902E"/>
                <w:sz w:val="24"/>
                <w:szCs w:val="24"/>
              </w:rPr>
              <w:t xml:space="preserve">6. </w:t>
            </w:r>
            <w:r w:rsidRPr="008341BD">
              <w:rPr>
                <w:sz w:val="24"/>
                <w:szCs w:val="24"/>
              </w:rPr>
              <w:t>What would the student need to disclose about the resulting AI-assisted revision?</w:t>
            </w:r>
          </w:p>
        </w:tc>
        <w:tc>
          <w:tcPr>
            <w:tcW w:w="5508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4EA6065D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i/>
                <w:color w:val="9AA4B2"/>
                <w:sz w:val="24"/>
                <w:szCs w:val="24"/>
              </w:rPr>
              <w:t>Type response here...</w:t>
            </w:r>
          </w:p>
          <w:p w14:paraId="524EEAD0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 xml:space="preserve">Policy / section / evidence: </w:t>
            </w:r>
            <w:r w:rsidRPr="008341BD">
              <w:rPr>
                <w:color w:val="8995A3"/>
                <w:sz w:val="24"/>
                <w:szCs w:val="24"/>
              </w:rPr>
              <w:t>________________________________</w:t>
            </w:r>
          </w:p>
        </w:tc>
      </w:tr>
    </w:tbl>
    <w:p w14:paraId="79FD5E31" w14:textId="77777777" w:rsidR="00D957F4" w:rsidRDefault="00D957F4" w:rsidP="008341BD">
      <w:pPr>
        <w:spacing w:after="0" w:line="240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64"/>
        <w:gridCol w:w="2664"/>
        <w:gridCol w:w="2664"/>
        <w:gridCol w:w="2664"/>
      </w:tblGrid>
      <w:tr w:rsidR="00D957F4" w:rsidRPr="008341BD" w14:paraId="48A8ABE2" w14:textId="77777777">
        <w:trPr>
          <w:jc w:val="center"/>
        </w:trPr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0B1F3A"/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08137F0E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b/>
                <w:color w:val="FFFFFF"/>
                <w:sz w:val="24"/>
                <w:szCs w:val="24"/>
              </w:rPr>
              <w:t>OVERALL STATUS</w:t>
            </w:r>
          </w:p>
        </w:tc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7F0E2"/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6EFDFC4C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>Clear</w:t>
            </w:r>
          </w:p>
        </w:tc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7F0E2"/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20C4E300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>Partially Clear</w:t>
            </w:r>
          </w:p>
        </w:tc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7F0E2"/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3C45465A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>Unclear / Conflicting</w:t>
            </w:r>
          </w:p>
        </w:tc>
      </w:tr>
      <w:tr w:rsidR="00D957F4" w:rsidRPr="008341BD" w14:paraId="64A0879E" w14:textId="77777777">
        <w:trPr>
          <w:jc w:val="center"/>
        </w:trPr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D6D7FE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sz w:val="24"/>
                <w:szCs w:val="24"/>
              </w:rPr>
              <w:t>Select one</w:t>
            </w:r>
          </w:p>
        </w:tc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28EB6A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sz w:val="24"/>
                <w:szCs w:val="24"/>
              </w:rPr>
              <w:t>☐</w:t>
            </w:r>
          </w:p>
        </w:tc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DC0791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sz w:val="24"/>
                <w:szCs w:val="24"/>
              </w:rPr>
              <w:t>☐</w:t>
            </w:r>
          </w:p>
        </w:tc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1B1926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sz w:val="24"/>
                <w:szCs w:val="24"/>
              </w:rPr>
              <w:t>☐</w:t>
            </w:r>
          </w:p>
        </w:tc>
      </w:tr>
    </w:tbl>
    <w:p w14:paraId="39EF3367" w14:textId="77777777" w:rsidR="008341BD" w:rsidRDefault="008341BD" w:rsidP="008341BD">
      <w:pPr>
        <w:spacing w:after="0" w:line="240" w:lineRule="auto"/>
        <w:rPr>
          <w:b/>
          <w:color w:val="0B1F3A"/>
          <w:sz w:val="17"/>
        </w:rPr>
      </w:pPr>
    </w:p>
    <w:p w14:paraId="7D7F96CF" w14:textId="0BC905C6" w:rsidR="00D957F4" w:rsidRPr="008341BD" w:rsidRDefault="00000000" w:rsidP="008341BD">
      <w:pPr>
        <w:spacing w:after="0" w:line="240" w:lineRule="auto"/>
        <w:jc w:val="center"/>
        <w:rPr>
          <w:sz w:val="20"/>
          <w:szCs w:val="20"/>
        </w:rPr>
      </w:pPr>
      <w:r w:rsidRPr="008341BD">
        <w:rPr>
          <w:b/>
          <w:color w:val="0B1F3A"/>
          <w:sz w:val="20"/>
          <w:szCs w:val="20"/>
        </w:rPr>
        <w:t xml:space="preserve">Action needed: </w:t>
      </w:r>
      <w:r w:rsidRPr="008341BD">
        <w:rPr>
          <w:sz w:val="20"/>
          <w:szCs w:val="20"/>
        </w:rPr>
        <w:t>☐ None   ☐ Clarify guidance   ☐ Revise policy   ☐ Training   ☐ Privacy/IT review   ☐ Accessibility review</w:t>
      </w:r>
    </w:p>
    <w:p w14:paraId="22C96EF3" w14:textId="77777777" w:rsidR="00D957F4" w:rsidRPr="008341BD" w:rsidRDefault="00000000" w:rsidP="008341BD">
      <w:pPr>
        <w:spacing w:after="0" w:line="240" w:lineRule="auto"/>
        <w:jc w:val="center"/>
        <w:rPr>
          <w:sz w:val="20"/>
          <w:szCs w:val="20"/>
        </w:rPr>
      </w:pPr>
      <w:proofErr w:type="gramStart"/>
      <w:r w:rsidRPr="008341BD">
        <w:rPr>
          <w:sz w:val="20"/>
          <w:szCs w:val="20"/>
        </w:rPr>
        <w:t>Owner: _</w:t>
      </w:r>
      <w:proofErr w:type="gramEnd"/>
      <w:r w:rsidRPr="008341BD">
        <w:rPr>
          <w:sz w:val="20"/>
          <w:szCs w:val="20"/>
        </w:rPr>
        <w:t>_____________________________    Target date: ____________________</w:t>
      </w:r>
    </w:p>
    <w:p w14:paraId="24B21B8C" w14:textId="77777777" w:rsidR="00D957F4" w:rsidRDefault="00000000" w:rsidP="008341BD">
      <w:pPr>
        <w:spacing w:after="0" w:line="240" w:lineRule="auto"/>
      </w:pPr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8"/>
        <w:gridCol w:w="5328"/>
      </w:tblGrid>
      <w:tr w:rsidR="00D957F4" w14:paraId="5DA094A3" w14:textId="77777777">
        <w:trPr>
          <w:jc w:val="center"/>
        </w:trPr>
        <w:tc>
          <w:tcPr>
            <w:tcW w:w="5328" w:type="dxa"/>
            <w:shd w:val="clear" w:color="auto" w:fill="0B1F3A"/>
            <w:tcMar>
              <w:top w:w="110" w:type="dxa"/>
              <w:left w:w="160" w:type="dxa"/>
              <w:bottom w:w="110" w:type="dxa"/>
              <w:right w:w="120" w:type="dxa"/>
            </w:tcMar>
          </w:tcPr>
          <w:p w14:paraId="5FD79755" w14:textId="77777777" w:rsidR="00D957F4" w:rsidRDefault="00000000" w:rsidP="008341BD">
            <w:pPr>
              <w:spacing w:after="0" w:line="240" w:lineRule="auto"/>
            </w:pPr>
            <w:r>
              <w:rPr>
                <w:rFonts w:ascii="Aptos Display" w:eastAsia="Aptos Display" w:hAnsi="Aptos Display"/>
                <w:b/>
                <w:color w:val="FFFFFF"/>
                <w:sz w:val="38"/>
              </w:rPr>
              <w:lastRenderedPageBreak/>
              <w:t>SCENARIO 4: THE FABRICATED CITATION</w:t>
            </w:r>
          </w:p>
          <w:p w14:paraId="6CD59109" w14:textId="77777777" w:rsidR="00D957F4" w:rsidRPr="008341BD" w:rsidRDefault="00000000" w:rsidP="008341BD">
            <w:pPr>
              <w:spacing w:after="0" w:line="240" w:lineRule="auto"/>
              <w:rPr>
                <w:i/>
                <w:iCs/>
              </w:rPr>
            </w:pPr>
            <w:r w:rsidRPr="008341BD">
              <w:rPr>
                <w:i/>
                <w:iCs/>
                <w:color w:val="E8EDF5"/>
              </w:rPr>
              <w:t>Student AI Institutional Stress Test</w:t>
            </w:r>
          </w:p>
        </w:tc>
        <w:tc>
          <w:tcPr>
            <w:tcW w:w="5328" w:type="dxa"/>
            <w:shd w:val="clear" w:color="auto" w:fill="0B1F3A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5829FB75" w14:textId="6C1D16D0" w:rsidR="00D957F4" w:rsidRDefault="008341BD" w:rsidP="008341BD"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33011144" wp14:editId="4B00202A">
                  <wp:extent cx="1085850" cy="1085850"/>
                  <wp:effectExtent l="0" t="0" r="0" b="0"/>
                  <wp:docPr id="1204681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8719695" name="Picture 55871969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7328F3" w14:textId="77777777" w:rsidR="00D957F4" w:rsidRDefault="00D957F4" w:rsidP="008341BD">
      <w:pPr>
        <w:spacing w:after="0" w:line="240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656"/>
      </w:tblGrid>
      <w:tr w:rsidR="00D957F4" w:rsidRPr="008341BD" w14:paraId="18829B51" w14:textId="77777777">
        <w:trPr>
          <w:jc w:val="center"/>
        </w:trPr>
        <w:tc>
          <w:tcPr>
            <w:tcW w:w="10656" w:type="dxa"/>
            <w:tcBorders>
              <w:top w:val="single" w:sz="8" w:space="0" w:color="14345B"/>
              <w:left w:val="single" w:sz="8" w:space="0" w:color="14345B"/>
              <w:bottom w:val="single" w:sz="8" w:space="0" w:color="14345B"/>
              <w:right w:val="single" w:sz="8" w:space="0" w:color="14345B"/>
            </w:tcBorders>
            <w:shd w:val="clear" w:color="auto" w:fill="EEF4F9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00F6D629" w14:textId="77777777" w:rsidR="00D957F4" w:rsidRPr="008341BD" w:rsidRDefault="00000000" w:rsidP="008341BD">
            <w:pPr>
              <w:spacing w:after="0" w:line="240" w:lineRule="auto"/>
              <w:rPr>
                <w:sz w:val="28"/>
                <w:szCs w:val="28"/>
              </w:rPr>
            </w:pPr>
            <w:r w:rsidRPr="008341BD">
              <w:rPr>
                <w:b/>
                <w:color w:val="C9902E"/>
                <w:sz w:val="28"/>
                <w:szCs w:val="28"/>
              </w:rPr>
              <w:t xml:space="preserve">SITUATION: </w:t>
            </w:r>
            <w:r w:rsidRPr="008341BD">
              <w:rPr>
                <w:sz w:val="28"/>
                <w:szCs w:val="28"/>
              </w:rPr>
              <w:t>AI generates a credible-looking citation that does not exist. The student includes it in a submitted paper without checking the original source.</w:t>
            </w:r>
          </w:p>
        </w:tc>
      </w:tr>
    </w:tbl>
    <w:p w14:paraId="658D43A6" w14:textId="77777777" w:rsidR="00D957F4" w:rsidRDefault="00D957F4" w:rsidP="008341BD">
      <w:pPr>
        <w:spacing w:after="0" w:line="240" w:lineRule="auto"/>
      </w:pPr>
    </w:p>
    <w:p w14:paraId="776918BF" w14:textId="5E0262D7" w:rsidR="00D957F4" w:rsidRPr="008341BD" w:rsidRDefault="00000000" w:rsidP="008341BD">
      <w:pPr>
        <w:spacing w:after="0" w:line="240" w:lineRule="auto"/>
        <w:rPr>
          <w:b/>
          <w:color w:val="0B1F3A"/>
          <w:sz w:val="28"/>
          <w:szCs w:val="28"/>
        </w:rPr>
      </w:pPr>
      <w:r w:rsidRPr="008341BD">
        <w:rPr>
          <w:b/>
          <w:color w:val="C9902E"/>
          <w:sz w:val="28"/>
          <w:szCs w:val="28"/>
        </w:rPr>
        <w:t xml:space="preserve">Core test: </w:t>
      </w:r>
      <w:r w:rsidRPr="008341BD">
        <w:rPr>
          <w:b/>
          <w:color w:val="0B1F3A"/>
          <w:sz w:val="28"/>
          <w:szCs w:val="28"/>
        </w:rPr>
        <w:t>C</w:t>
      </w:r>
      <w:r w:rsidR="008341BD">
        <w:rPr>
          <w:b/>
          <w:color w:val="0B1F3A"/>
          <w:sz w:val="28"/>
          <w:szCs w:val="28"/>
        </w:rPr>
        <w:t xml:space="preserve">an </w:t>
      </w:r>
      <w:r w:rsidRPr="008341BD">
        <w:rPr>
          <w:b/>
          <w:color w:val="0B1F3A"/>
          <w:sz w:val="28"/>
          <w:szCs w:val="28"/>
        </w:rPr>
        <w:t>your current policies tell faculty, students, and administrators what should happen here, without relying on informal interpretation?</w:t>
      </w:r>
    </w:p>
    <w:p w14:paraId="3F39278E" w14:textId="77777777" w:rsidR="008341BD" w:rsidRDefault="008341BD" w:rsidP="008341BD">
      <w:pPr>
        <w:spacing w:after="0" w:line="240" w:lineRule="auto"/>
      </w:pPr>
    </w:p>
    <w:tbl>
      <w:tblPr>
        <w:tblW w:w="10674" w:type="dxa"/>
        <w:jc w:val="center"/>
        <w:tblLayout w:type="fixed"/>
        <w:tblLook w:val="04A0" w:firstRow="1" w:lastRow="0" w:firstColumn="1" w:lastColumn="0" w:noHBand="0" w:noVBand="1"/>
      </w:tblPr>
      <w:tblGrid>
        <w:gridCol w:w="5328"/>
        <w:gridCol w:w="5346"/>
      </w:tblGrid>
      <w:tr w:rsidR="00D957F4" w:rsidRPr="008341BD" w14:paraId="64093A97" w14:textId="77777777" w:rsidTr="00F740F7">
        <w:trPr>
          <w:tblHeader/>
          <w:jc w:val="center"/>
        </w:trPr>
        <w:tc>
          <w:tcPr>
            <w:tcW w:w="5328" w:type="dxa"/>
            <w:shd w:val="clear" w:color="auto" w:fill="0B1F3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5E74D07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FFFFFF"/>
                <w:sz w:val="24"/>
                <w:szCs w:val="24"/>
              </w:rPr>
              <w:t>STRESS-TEST QUESTION</w:t>
            </w:r>
          </w:p>
        </w:tc>
        <w:tc>
          <w:tcPr>
            <w:tcW w:w="5346" w:type="dxa"/>
            <w:shd w:val="clear" w:color="auto" w:fill="0B1F3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582BFE9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FFFFFF"/>
                <w:sz w:val="24"/>
                <w:szCs w:val="24"/>
              </w:rPr>
              <w:t>YOUR INSTITUTION'S CURRENT ANSWER</w:t>
            </w:r>
          </w:p>
        </w:tc>
      </w:tr>
      <w:tr w:rsidR="00D957F4" w:rsidRPr="008341BD" w14:paraId="6266F606" w14:textId="77777777" w:rsidTr="00F740F7">
        <w:trPr>
          <w:jc w:val="center"/>
        </w:trPr>
        <w:tc>
          <w:tcPr>
            <w:tcW w:w="5328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511990BD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C9902E"/>
                <w:sz w:val="24"/>
                <w:szCs w:val="24"/>
              </w:rPr>
              <w:t xml:space="preserve">1. </w:t>
            </w:r>
            <w:r w:rsidRPr="008341BD">
              <w:rPr>
                <w:sz w:val="24"/>
                <w:szCs w:val="24"/>
              </w:rPr>
              <w:t>Does policy clearly state that students remain responsible for verifying AI-generated information and citations?</w:t>
            </w:r>
          </w:p>
        </w:tc>
        <w:tc>
          <w:tcPr>
            <w:tcW w:w="5346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5CD2935A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i/>
                <w:color w:val="9AA4B2"/>
                <w:sz w:val="24"/>
                <w:szCs w:val="24"/>
              </w:rPr>
              <w:t>Type response here...</w:t>
            </w:r>
          </w:p>
          <w:p w14:paraId="156BC4BB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 xml:space="preserve">Policy / section / evidence: </w:t>
            </w:r>
            <w:r w:rsidRPr="008341BD">
              <w:rPr>
                <w:color w:val="8995A3"/>
                <w:sz w:val="24"/>
                <w:szCs w:val="24"/>
              </w:rPr>
              <w:t>________________________________</w:t>
            </w:r>
          </w:p>
        </w:tc>
      </w:tr>
      <w:tr w:rsidR="00D957F4" w:rsidRPr="008341BD" w14:paraId="13C21FDC" w14:textId="77777777" w:rsidTr="00F740F7">
        <w:trPr>
          <w:jc w:val="center"/>
        </w:trPr>
        <w:tc>
          <w:tcPr>
            <w:tcW w:w="5328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22F937F2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C9902E"/>
                <w:sz w:val="24"/>
                <w:szCs w:val="24"/>
              </w:rPr>
              <w:t xml:space="preserve">2. </w:t>
            </w:r>
            <w:r w:rsidRPr="008341BD">
              <w:rPr>
                <w:sz w:val="24"/>
                <w:szCs w:val="24"/>
              </w:rPr>
              <w:t>How is a fabricated citation treated under academic integrity standards?</w:t>
            </w:r>
          </w:p>
        </w:tc>
        <w:tc>
          <w:tcPr>
            <w:tcW w:w="5346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4DE40ABE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i/>
                <w:color w:val="9AA4B2"/>
                <w:sz w:val="24"/>
                <w:szCs w:val="24"/>
              </w:rPr>
              <w:t>Type response here...</w:t>
            </w:r>
          </w:p>
          <w:p w14:paraId="407CEDF8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 xml:space="preserve">Policy / section / evidence: </w:t>
            </w:r>
            <w:r w:rsidRPr="008341BD">
              <w:rPr>
                <w:color w:val="8995A3"/>
                <w:sz w:val="24"/>
                <w:szCs w:val="24"/>
              </w:rPr>
              <w:t>________________________________</w:t>
            </w:r>
          </w:p>
        </w:tc>
      </w:tr>
      <w:tr w:rsidR="00D957F4" w:rsidRPr="008341BD" w14:paraId="5B52E635" w14:textId="77777777" w:rsidTr="00F740F7">
        <w:trPr>
          <w:jc w:val="center"/>
        </w:trPr>
        <w:tc>
          <w:tcPr>
            <w:tcW w:w="5328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194CE974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C9902E"/>
                <w:sz w:val="24"/>
                <w:szCs w:val="24"/>
              </w:rPr>
              <w:t xml:space="preserve">3. </w:t>
            </w:r>
            <w:r w:rsidRPr="008341BD">
              <w:rPr>
                <w:sz w:val="24"/>
                <w:szCs w:val="24"/>
              </w:rPr>
              <w:t>Does the response differ if the student intentionally fabricated the citation versus failed to verify AI output?</w:t>
            </w:r>
          </w:p>
        </w:tc>
        <w:tc>
          <w:tcPr>
            <w:tcW w:w="5346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36A4D943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i/>
                <w:color w:val="9AA4B2"/>
                <w:sz w:val="24"/>
                <w:szCs w:val="24"/>
              </w:rPr>
              <w:t>Type response here...</w:t>
            </w:r>
          </w:p>
          <w:p w14:paraId="6D2FBC2C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 xml:space="preserve">Policy / section / evidence: </w:t>
            </w:r>
            <w:r w:rsidRPr="008341BD">
              <w:rPr>
                <w:color w:val="8995A3"/>
                <w:sz w:val="24"/>
                <w:szCs w:val="24"/>
              </w:rPr>
              <w:t>________________________________</w:t>
            </w:r>
          </w:p>
        </w:tc>
      </w:tr>
      <w:tr w:rsidR="00D957F4" w:rsidRPr="008341BD" w14:paraId="605F4141" w14:textId="77777777" w:rsidTr="00F740F7">
        <w:trPr>
          <w:jc w:val="center"/>
        </w:trPr>
        <w:tc>
          <w:tcPr>
            <w:tcW w:w="5328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165673C5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C9902E"/>
                <w:sz w:val="24"/>
                <w:szCs w:val="24"/>
              </w:rPr>
              <w:t xml:space="preserve">4. </w:t>
            </w:r>
            <w:r w:rsidRPr="008341BD">
              <w:rPr>
                <w:sz w:val="24"/>
                <w:szCs w:val="24"/>
              </w:rPr>
              <w:t>Are students taught how to validate sources generated or suggested by AI?</w:t>
            </w:r>
          </w:p>
        </w:tc>
        <w:tc>
          <w:tcPr>
            <w:tcW w:w="5346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0DA4115B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i/>
                <w:color w:val="9AA4B2"/>
                <w:sz w:val="24"/>
                <w:szCs w:val="24"/>
              </w:rPr>
              <w:t>Type response here...</w:t>
            </w:r>
          </w:p>
          <w:p w14:paraId="6A3A79CB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 xml:space="preserve">Policy / section / evidence: </w:t>
            </w:r>
            <w:r w:rsidRPr="008341BD">
              <w:rPr>
                <w:color w:val="8995A3"/>
                <w:sz w:val="24"/>
                <w:szCs w:val="24"/>
              </w:rPr>
              <w:t>________________________________</w:t>
            </w:r>
          </w:p>
        </w:tc>
      </w:tr>
      <w:tr w:rsidR="00D957F4" w:rsidRPr="008341BD" w14:paraId="1A505D01" w14:textId="77777777" w:rsidTr="00F740F7">
        <w:trPr>
          <w:jc w:val="center"/>
        </w:trPr>
        <w:tc>
          <w:tcPr>
            <w:tcW w:w="5328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415732A7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C9902E"/>
                <w:sz w:val="24"/>
                <w:szCs w:val="24"/>
              </w:rPr>
              <w:t xml:space="preserve">5. </w:t>
            </w:r>
            <w:r w:rsidRPr="008341BD">
              <w:rPr>
                <w:sz w:val="24"/>
                <w:szCs w:val="24"/>
              </w:rPr>
              <w:t>Does the institution provide clear expectations for documenting AI-assisted research?</w:t>
            </w:r>
          </w:p>
        </w:tc>
        <w:tc>
          <w:tcPr>
            <w:tcW w:w="5346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493F1AEB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i/>
                <w:color w:val="9AA4B2"/>
                <w:sz w:val="24"/>
                <w:szCs w:val="24"/>
              </w:rPr>
              <w:t>Type response here...</w:t>
            </w:r>
          </w:p>
          <w:p w14:paraId="14F87294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 xml:space="preserve">Policy / section / evidence: </w:t>
            </w:r>
            <w:r w:rsidRPr="008341BD">
              <w:rPr>
                <w:color w:val="8995A3"/>
                <w:sz w:val="24"/>
                <w:szCs w:val="24"/>
              </w:rPr>
              <w:t>________________________________</w:t>
            </w:r>
          </w:p>
        </w:tc>
      </w:tr>
      <w:tr w:rsidR="00D957F4" w:rsidRPr="008341BD" w14:paraId="63CF10C4" w14:textId="77777777" w:rsidTr="00F740F7">
        <w:trPr>
          <w:jc w:val="center"/>
        </w:trPr>
        <w:tc>
          <w:tcPr>
            <w:tcW w:w="5328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180C9C8C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C9902E"/>
                <w:sz w:val="24"/>
                <w:szCs w:val="24"/>
              </w:rPr>
              <w:t xml:space="preserve">6. </w:t>
            </w:r>
            <w:r w:rsidRPr="008341BD">
              <w:rPr>
                <w:sz w:val="24"/>
                <w:szCs w:val="24"/>
              </w:rPr>
              <w:t>Could faculty explain the process for addressing this situation consistently and fairly?</w:t>
            </w:r>
          </w:p>
        </w:tc>
        <w:tc>
          <w:tcPr>
            <w:tcW w:w="5346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36DE6EA4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i/>
                <w:color w:val="9AA4B2"/>
                <w:sz w:val="24"/>
                <w:szCs w:val="24"/>
              </w:rPr>
              <w:t>Type response here...</w:t>
            </w:r>
          </w:p>
          <w:p w14:paraId="0E4763DF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 xml:space="preserve">Policy / section / evidence: </w:t>
            </w:r>
            <w:r w:rsidRPr="008341BD">
              <w:rPr>
                <w:color w:val="8995A3"/>
                <w:sz w:val="24"/>
                <w:szCs w:val="24"/>
              </w:rPr>
              <w:t>________________________________</w:t>
            </w:r>
          </w:p>
        </w:tc>
      </w:tr>
    </w:tbl>
    <w:p w14:paraId="19C3163B" w14:textId="77777777" w:rsidR="00D957F4" w:rsidRDefault="00D957F4" w:rsidP="008341BD">
      <w:pPr>
        <w:spacing w:after="0" w:line="240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64"/>
        <w:gridCol w:w="2664"/>
        <w:gridCol w:w="2664"/>
        <w:gridCol w:w="2664"/>
      </w:tblGrid>
      <w:tr w:rsidR="00D957F4" w:rsidRPr="008341BD" w14:paraId="169DD19E" w14:textId="77777777">
        <w:trPr>
          <w:jc w:val="center"/>
        </w:trPr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0B1F3A"/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6C38A5E7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b/>
                <w:color w:val="FFFFFF"/>
                <w:sz w:val="24"/>
                <w:szCs w:val="24"/>
              </w:rPr>
              <w:t>OVERALL STATUS</w:t>
            </w:r>
          </w:p>
        </w:tc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7F0E2"/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54419244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>Clear</w:t>
            </w:r>
          </w:p>
        </w:tc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7F0E2"/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72952493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>Partially Clear</w:t>
            </w:r>
          </w:p>
        </w:tc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7F0E2"/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5EA90E7E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>Unclear / Conflicting</w:t>
            </w:r>
          </w:p>
        </w:tc>
      </w:tr>
      <w:tr w:rsidR="00D957F4" w:rsidRPr="008341BD" w14:paraId="091C4F5B" w14:textId="77777777">
        <w:trPr>
          <w:jc w:val="center"/>
        </w:trPr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7F45B5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sz w:val="24"/>
                <w:szCs w:val="24"/>
              </w:rPr>
              <w:t>Select one</w:t>
            </w:r>
          </w:p>
        </w:tc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A20A26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sz w:val="24"/>
                <w:szCs w:val="24"/>
              </w:rPr>
              <w:t>☐</w:t>
            </w:r>
          </w:p>
        </w:tc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BFBAB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sz w:val="24"/>
                <w:szCs w:val="24"/>
              </w:rPr>
              <w:t>☐</w:t>
            </w:r>
          </w:p>
        </w:tc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A29ADF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sz w:val="24"/>
                <w:szCs w:val="24"/>
              </w:rPr>
              <w:t>☐</w:t>
            </w:r>
          </w:p>
        </w:tc>
      </w:tr>
    </w:tbl>
    <w:p w14:paraId="37F63287" w14:textId="77777777" w:rsidR="008341BD" w:rsidRDefault="008341BD" w:rsidP="008341BD">
      <w:pPr>
        <w:spacing w:after="0" w:line="240" w:lineRule="auto"/>
        <w:rPr>
          <w:b/>
          <w:color w:val="0B1F3A"/>
          <w:sz w:val="17"/>
        </w:rPr>
      </w:pPr>
    </w:p>
    <w:p w14:paraId="1E1D1094" w14:textId="4F4C2A0E" w:rsidR="00D957F4" w:rsidRPr="008341BD" w:rsidRDefault="00000000" w:rsidP="008341BD">
      <w:pPr>
        <w:spacing w:after="0" w:line="240" w:lineRule="auto"/>
        <w:jc w:val="center"/>
        <w:rPr>
          <w:sz w:val="20"/>
          <w:szCs w:val="20"/>
        </w:rPr>
      </w:pPr>
      <w:r w:rsidRPr="008341BD">
        <w:rPr>
          <w:b/>
          <w:color w:val="0B1F3A"/>
          <w:sz w:val="20"/>
          <w:szCs w:val="20"/>
        </w:rPr>
        <w:t xml:space="preserve">Action needed: </w:t>
      </w:r>
      <w:r w:rsidRPr="008341BD">
        <w:rPr>
          <w:sz w:val="20"/>
          <w:szCs w:val="20"/>
        </w:rPr>
        <w:t>☐ None   ☐ Clarify guidance   ☐ Revise policy   ☐ Training   ☐ Privacy/IT review   ☐ Accessibility review</w:t>
      </w:r>
    </w:p>
    <w:p w14:paraId="5C11D249" w14:textId="77777777" w:rsidR="00D957F4" w:rsidRPr="008341BD" w:rsidRDefault="00000000" w:rsidP="008341BD">
      <w:pPr>
        <w:spacing w:after="0" w:line="240" w:lineRule="auto"/>
        <w:jc w:val="center"/>
        <w:rPr>
          <w:sz w:val="20"/>
          <w:szCs w:val="20"/>
        </w:rPr>
      </w:pPr>
      <w:proofErr w:type="gramStart"/>
      <w:r w:rsidRPr="008341BD">
        <w:rPr>
          <w:sz w:val="20"/>
          <w:szCs w:val="20"/>
        </w:rPr>
        <w:t>Owner: _</w:t>
      </w:r>
      <w:proofErr w:type="gramEnd"/>
      <w:r w:rsidRPr="008341BD">
        <w:rPr>
          <w:sz w:val="20"/>
          <w:szCs w:val="20"/>
        </w:rPr>
        <w:t>_____________________________    Target date: ____________________</w:t>
      </w:r>
    </w:p>
    <w:p w14:paraId="32BD102A" w14:textId="77777777" w:rsidR="00D957F4" w:rsidRDefault="00000000" w:rsidP="008341BD">
      <w:pPr>
        <w:spacing w:after="0" w:line="240" w:lineRule="auto"/>
      </w:pPr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8"/>
        <w:gridCol w:w="5328"/>
      </w:tblGrid>
      <w:tr w:rsidR="00D957F4" w14:paraId="0633D526" w14:textId="77777777">
        <w:trPr>
          <w:jc w:val="center"/>
        </w:trPr>
        <w:tc>
          <w:tcPr>
            <w:tcW w:w="5328" w:type="dxa"/>
            <w:shd w:val="clear" w:color="auto" w:fill="0B1F3A"/>
            <w:tcMar>
              <w:top w:w="110" w:type="dxa"/>
              <w:left w:w="160" w:type="dxa"/>
              <w:bottom w:w="110" w:type="dxa"/>
              <w:right w:w="120" w:type="dxa"/>
            </w:tcMar>
          </w:tcPr>
          <w:p w14:paraId="1A21E657" w14:textId="77777777" w:rsidR="00D957F4" w:rsidRDefault="00000000" w:rsidP="008341BD">
            <w:pPr>
              <w:spacing w:after="0" w:line="240" w:lineRule="auto"/>
            </w:pPr>
            <w:r>
              <w:rPr>
                <w:rFonts w:ascii="Aptos Display" w:eastAsia="Aptos Display" w:hAnsi="Aptos Display"/>
                <w:b/>
                <w:color w:val="FFFFFF"/>
                <w:sz w:val="38"/>
              </w:rPr>
              <w:lastRenderedPageBreak/>
              <w:t>SCENARIO 5: PREMIUM AI AND UNEQUAL CAPABILITY</w:t>
            </w:r>
          </w:p>
          <w:p w14:paraId="218E4B3C" w14:textId="77777777" w:rsidR="00D957F4" w:rsidRPr="008341BD" w:rsidRDefault="00000000" w:rsidP="008341BD">
            <w:pPr>
              <w:spacing w:after="0" w:line="240" w:lineRule="auto"/>
              <w:rPr>
                <w:i/>
                <w:iCs/>
              </w:rPr>
            </w:pPr>
            <w:r w:rsidRPr="008341BD">
              <w:rPr>
                <w:i/>
                <w:iCs/>
                <w:color w:val="E8EDF5"/>
              </w:rPr>
              <w:t>Student AI Institutional Stress Test</w:t>
            </w:r>
          </w:p>
        </w:tc>
        <w:tc>
          <w:tcPr>
            <w:tcW w:w="5328" w:type="dxa"/>
            <w:shd w:val="clear" w:color="auto" w:fill="0B1F3A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6AE8F60A" w14:textId="6A3CC3B4" w:rsidR="00D957F4" w:rsidRDefault="008341BD" w:rsidP="008341BD"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382CD34B" wp14:editId="2AB2A43D">
                  <wp:extent cx="1085850" cy="1085850"/>
                  <wp:effectExtent l="0" t="0" r="0" b="0"/>
                  <wp:docPr id="10213236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8719695" name="Picture 55871969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84BB7F" w14:textId="77777777" w:rsidR="00D957F4" w:rsidRDefault="00D957F4" w:rsidP="008341BD">
      <w:pPr>
        <w:spacing w:after="0" w:line="240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656"/>
      </w:tblGrid>
      <w:tr w:rsidR="00D957F4" w:rsidRPr="008341BD" w14:paraId="4993D326" w14:textId="77777777">
        <w:trPr>
          <w:jc w:val="center"/>
        </w:trPr>
        <w:tc>
          <w:tcPr>
            <w:tcW w:w="10656" w:type="dxa"/>
            <w:tcBorders>
              <w:top w:val="single" w:sz="8" w:space="0" w:color="14345B"/>
              <w:left w:val="single" w:sz="8" w:space="0" w:color="14345B"/>
              <w:bottom w:val="single" w:sz="8" w:space="0" w:color="14345B"/>
              <w:right w:val="single" w:sz="8" w:space="0" w:color="14345B"/>
            </w:tcBorders>
            <w:shd w:val="clear" w:color="auto" w:fill="EEF4F9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38199C74" w14:textId="77777777" w:rsidR="00D957F4" w:rsidRPr="008341BD" w:rsidRDefault="00000000" w:rsidP="008341BD">
            <w:pPr>
              <w:spacing w:after="0" w:line="240" w:lineRule="auto"/>
              <w:rPr>
                <w:sz w:val="28"/>
                <w:szCs w:val="28"/>
              </w:rPr>
            </w:pPr>
            <w:r w:rsidRPr="008341BD">
              <w:rPr>
                <w:b/>
                <w:color w:val="C9902E"/>
                <w:sz w:val="28"/>
                <w:szCs w:val="28"/>
              </w:rPr>
              <w:t xml:space="preserve">SITUATION: </w:t>
            </w:r>
            <w:r w:rsidRPr="008341BD">
              <w:rPr>
                <w:sz w:val="28"/>
                <w:szCs w:val="28"/>
              </w:rPr>
              <w:t>A student using a paid premium AI model receives substantially stronger analysis, research support, and feedback than a classmate using a free version.</w:t>
            </w:r>
          </w:p>
        </w:tc>
      </w:tr>
    </w:tbl>
    <w:p w14:paraId="47183DCF" w14:textId="77777777" w:rsidR="00D957F4" w:rsidRDefault="00D957F4" w:rsidP="008341BD">
      <w:pPr>
        <w:spacing w:after="0" w:line="240" w:lineRule="auto"/>
      </w:pPr>
    </w:p>
    <w:p w14:paraId="08080259" w14:textId="77777777" w:rsidR="00D957F4" w:rsidRPr="008341BD" w:rsidRDefault="00000000" w:rsidP="008341BD">
      <w:pPr>
        <w:spacing w:after="0" w:line="240" w:lineRule="auto"/>
        <w:rPr>
          <w:b/>
          <w:color w:val="0B1F3A"/>
          <w:sz w:val="28"/>
          <w:szCs w:val="28"/>
        </w:rPr>
      </w:pPr>
      <w:r w:rsidRPr="008341BD">
        <w:rPr>
          <w:b/>
          <w:color w:val="C9902E"/>
          <w:sz w:val="28"/>
          <w:szCs w:val="28"/>
        </w:rPr>
        <w:t xml:space="preserve">Core test: </w:t>
      </w:r>
      <w:r w:rsidRPr="008341BD">
        <w:rPr>
          <w:b/>
          <w:color w:val="0B1F3A"/>
          <w:sz w:val="28"/>
          <w:szCs w:val="28"/>
        </w:rPr>
        <w:t>Could your current policies tell faculty, students, and administrators what should happen here, without relying on informal interpretation?</w:t>
      </w:r>
    </w:p>
    <w:p w14:paraId="251A66D9" w14:textId="77777777" w:rsidR="008341BD" w:rsidRDefault="008341BD" w:rsidP="008341BD">
      <w:pPr>
        <w:spacing w:after="0" w:line="240" w:lineRule="auto"/>
      </w:pPr>
    </w:p>
    <w:tbl>
      <w:tblPr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5184"/>
        <w:gridCol w:w="5616"/>
      </w:tblGrid>
      <w:tr w:rsidR="00D957F4" w:rsidRPr="008341BD" w14:paraId="62336462" w14:textId="77777777" w:rsidTr="00F740F7">
        <w:trPr>
          <w:tblHeader/>
          <w:jc w:val="center"/>
        </w:trPr>
        <w:tc>
          <w:tcPr>
            <w:tcW w:w="5184" w:type="dxa"/>
            <w:shd w:val="clear" w:color="auto" w:fill="0B1F3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64EC322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FFFFFF"/>
                <w:sz w:val="24"/>
                <w:szCs w:val="24"/>
              </w:rPr>
              <w:t>STRESS-TEST QUESTION</w:t>
            </w:r>
          </w:p>
        </w:tc>
        <w:tc>
          <w:tcPr>
            <w:tcW w:w="5616" w:type="dxa"/>
            <w:shd w:val="clear" w:color="auto" w:fill="0B1F3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6A0CF0A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FFFFFF"/>
                <w:sz w:val="24"/>
                <w:szCs w:val="24"/>
              </w:rPr>
              <w:t>YOUR INSTITUTION'S CURRENT ANSWER</w:t>
            </w:r>
          </w:p>
        </w:tc>
      </w:tr>
      <w:tr w:rsidR="00D957F4" w:rsidRPr="008341BD" w14:paraId="536C9612" w14:textId="77777777" w:rsidTr="00F740F7">
        <w:trPr>
          <w:jc w:val="center"/>
        </w:trPr>
        <w:tc>
          <w:tcPr>
            <w:tcW w:w="5184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689EF4D1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C9902E"/>
                <w:sz w:val="24"/>
                <w:szCs w:val="24"/>
              </w:rPr>
              <w:t xml:space="preserve">1. </w:t>
            </w:r>
            <w:r w:rsidRPr="008341BD">
              <w:rPr>
                <w:sz w:val="24"/>
                <w:szCs w:val="24"/>
              </w:rPr>
              <w:t>If AI use is expected or encouraged, does the institution provide reasonably equitable access to necessary capabilities?</w:t>
            </w:r>
          </w:p>
        </w:tc>
        <w:tc>
          <w:tcPr>
            <w:tcW w:w="5616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3522E160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i/>
                <w:color w:val="9AA4B2"/>
                <w:sz w:val="24"/>
                <w:szCs w:val="24"/>
              </w:rPr>
              <w:t>Type response here...</w:t>
            </w:r>
          </w:p>
          <w:p w14:paraId="162CE57C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 xml:space="preserve">Policy / section / evidence: </w:t>
            </w:r>
            <w:r w:rsidRPr="008341BD">
              <w:rPr>
                <w:color w:val="8995A3"/>
                <w:sz w:val="24"/>
                <w:szCs w:val="24"/>
              </w:rPr>
              <w:t>________________________________</w:t>
            </w:r>
          </w:p>
        </w:tc>
      </w:tr>
      <w:tr w:rsidR="00D957F4" w:rsidRPr="008341BD" w14:paraId="41E8F6AF" w14:textId="77777777" w:rsidTr="00F740F7">
        <w:trPr>
          <w:jc w:val="center"/>
        </w:trPr>
        <w:tc>
          <w:tcPr>
            <w:tcW w:w="5184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07C60A15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C9902E"/>
                <w:sz w:val="24"/>
                <w:szCs w:val="24"/>
              </w:rPr>
              <w:t xml:space="preserve">2. </w:t>
            </w:r>
            <w:r w:rsidRPr="008341BD">
              <w:rPr>
                <w:sz w:val="24"/>
                <w:szCs w:val="24"/>
              </w:rPr>
              <w:t>Could differences in AI access materially affect assessment outcomes?</w:t>
            </w:r>
          </w:p>
        </w:tc>
        <w:tc>
          <w:tcPr>
            <w:tcW w:w="5616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537D7D6D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i/>
                <w:color w:val="9AA4B2"/>
                <w:sz w:val="24"/>
                <w:szCs w:val="24"/>
              </w:rPr>
              <w:t>Type response here...</w:t>
            </w:r>
          </w:p>
          <w:p w14:paraId="1041A879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 xml:space="preserve">Policy / section / evidence: </w:t>
            </w:r>
            <w:r w:rsidRPr="008341BD">
              <w:rPr>
                <w:color w:val="8995A3"/>
                <w:sz w:val="24"/>
                <w:szCs w:val="24"/>
              </w:rPr>
              <w:t>________________________________</w:t>
            </w:r>
          </w:p>
        </w:tc>
      </w:tr>
      <w:tr w:rsidR="00D957F4" w:rsidRPr="008341BD" w14:paraId="27A442AC" w14:textId="77777777" w:rsidTr="00F740F7">
        <w:trPr>
          <w:jc w:val="center"/>
        </w:trPr>
        <w:tc>
          <w:tcPr>
            <w:tcW w:w="5184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214C716A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C9902E"/>
                <w:sz w:val="24"/>
                <w:szCs w:val="24"/>
              </w:rPr>
              <w:t xml:space="preserve">3. </w:t>
            </w:r>
            <w:r w:rsidRPr="008341BD">
              <w:rPr>
                <w:sz w:val="24"/>
                <w:szCs w:val="24"/>
              </w:rPr>
              <w:t>Does current policy address cost barriers, usage limits, device access, or premium features?</w:t>
            </w:r>
          </w:p>
        </w:tc>
        <w:tc>
          <w:tcPr>
            <w:tcW w:w="5616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0CA7C12F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i/>
                <w:color w:val="9AA4B2"/>
                <w:sz w:val="24"/>
                <w:szCs w:val="24"/>
              </w:rPr>
              <w:t>Type response here...</w:t>
            </w:r>
          </w:p>
          <w:p w14:paraId="1AAADB1A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 xml:space="preserve">Policy / section / evidence: </w:t>
            </w:r>
            <w:r w:rsidRPr="008341BD">
              <w:rPr>
                <w:color w:val="8995A3"/>
                <w:sz w:val="24"/>
                <w:szCs w:val="24"/>
              </w:rPr>
              <w:t>________________________________</w:t>
            </w:r>
          </w:p>
        </w:tc>
      </w:tr>
      <w:tr w:rsidR="00D957F4" w:rsidRPr="008341BD" w14:paraId="5B35311A" w14:textId="77777777" w:rsidTr="00F740F7">
        <w:trPr>
          <w:jc w:val="center"/>
        </w:trPr>
        <w:tc>
          <w:tcPr>
            <w:tcW w:w="5184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639E8C3C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C9902E"/>
                <w:sz w:val="24"/>
                <w:szCs w:val="24"/>
              </w:rPr>
              <w:t xml:space="preserve">4. </w:t>
            </w:r>
            <w:r w:rsidRPr="008341BD">
              <w:rPr>
                <w:sz w:val="24"/>
                <w:szCs w:val="24"/>
              </w:rPr>
              <w:t>Are alternatives available to students who cannot or choose not to use a particular AI platform?</w:t>
            </w:r>
          </w:p>
        </w:tc>
        <w:tc>
          <w:tcPr>
            <w:tcW w:w="5616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5476CC23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i/>
                <w:color w:val="9AA4B2"/>
                <w:sz w:val="24"/>
                <w:szCs w:val="24"/>
              </w:rPr>
              <w:t>Type response here...</w:t>
            </w:r>
          </w:p>
          <w:p w14:paraId="6C823B98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 xml:space="preserve">Policy / section / evidence: </w:t>
            </w:r>
            <w:r w:rsidRPr="008341BD">
              <w:rPr>
                <w:color w:val="8995A3"/>
                <w:sz w:val="24"/>
                <w:szCs w:val="24"/>
              </w:rPr>
              <w:t>________________________________</w:t>
            </w:r>
          </w:p>
        </w:tc>
      </w:tr>
      <w:tr w:rsidR="00D957F4" w:rsidRPr="008341BD" w14:paraId="4C8F75AC" w14:textId="77777777" w:rsidTr="00F740F7">
        <w:trPr>
          <w:jc w:val="center"/>
        </w:trPr>
        <w:tc>
          <w:tcPr>
            <w:tcW w:w="5184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22A98817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C9902E"/>
                <w:sz w:val="24"/>
                <w:szCs w:val="24"/>
              </w:rPr>
              <w:t xml:space="preserve">5. </w:t>
            </w:r>
            <w:r w:rsidRPr="008341BD">
              <w:rPr>
                <w:sz w:val="24"/>
                <w:szCs w:val="24"/>
              </w:rPr>
              <w:t>Has the institution considered whether required AI use creates an accessibility or technology barrier?</w:t>
            </w:r>
          </w:p>
        </w:tc>
        <w:tc>
          <w:tcPr>
            <w:tcW w:w="5616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5CD6A56F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i/>
                <w:color w:val="9AA4B2"/>
                <w:sz w:val="24"/>
                <w:szCs w:val="24"/>
              </w:rPr>
              <w:t>Type response here...</w:t>
            </w:r>
          </w:p>
          <w:p w14:paraId="31956D50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 xml:space="preserve">Policy / section / evidence: </w:t>
            </w:r>
            <w:r w:rsidRPr="008341BD">
              <w:rPr>
                <w:color w:val="8995A3"/>
                <w:sz w:val="24"/>
                <w:szCs w:val="24"/>
              </w:rPr>
              <w:t>________________________________</w:t>
            </w:r>
          </w:p>
        </w:tc>
      </w:tr>
      <w:tr w:rsidR="00D957F4" w:rsidRPr="008341BD" w14:paraId="6E3562B3" w14:textId="77777777" w:rsidTr="00F740F7">
        <w:trPr>
          <w:jc w:val="center"/>
        </w:trPr>
        <w:tc>
          <w:tcPr>
            <w:tcW w:w="5184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36A218A2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C9902E"/>
                <w:sz w:val="24"/>
                <w:szCs w:val="24"/>
              </w:rPr>
              <w:t xml:space="preserve">6. </w:t>
            </w:r>
            <w:r w:rsidRPr="008341BD">
              <w:rPr>
                <w:sz w:val="24"/>
                <w:szCs w:val="24"/>
              </w:rPr>
              <w:t>How should faculty design assignments so unequal tool access does not become an unintended grading advantage?</w:t>
            </w:r>
          </w:p>
        </w:tc>
        <w:tc>
          <w:tcPr>
            <w:tcW w:w="5616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0397CDD4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i/>
                <w:color w:val="9AA4B2"/>
                <w:sz w:val="24"/>
                <w:szCs w:val="24"/>
              </w:rPr>
              <w:t>Type response here...</w:t>
            </w:r>
          </w:p>
          <w:p w14:paraId="71C002B9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 xml:space="preserve">Policy / section / evidence: </w:t>
            </w:r>
            <w:r w:rsidRPr="008341BD">
              <w:rPr>
                <w:color w:val="8995A3"/>
                <w:sz w:val="24"/>
                <w:szCs w:val="24"/>
              </w:rPr>
              <w:t>________________________________</w:t>
            </w:r>
          </w:p>
        </w:tc>
      </w:tr>
    </w:tbl>
    <w:p w14:paraId="111851A9" w14:textId="77777777" w:rsidR="00D957F4" w:rsidRDefault="00D957F4" w:rsidP="008341BD">
      <w:pPr>
        <w:spacing w:after="0" w:line="240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64"/>
        <w:gridCol w:w="2664"/>
        <w:gridCol w:w="2664"/>
        <w:gridCol w:w="2664"/>
      </w:tblGrid>
      <w:tr w:rsidR="00D957F4" w:rsidRPr="008341BD" w14:paraId="2A7AC614" w14:textId="77777777">
        <w:trPr>
          <w:jc w:val="center"/>
        </w:trPr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0B1F3A"/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6D0171C5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b/>
                <w:color w:val="FFFFFF"/>
                <w:sz w:val="24"/>
                <w:szCs w:val="24"/>
              </w:rPr>
              <w:t>OVERALL STATUS</w:t>
            </w:r>
          </w:p>
        </w:tc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7F0E2"/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6B76874D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>Clear</w:t>
            </w:r>
          </w:p>
        </w:tc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7F0E2"/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3D31952D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>Partially Clear</w:t>
            </w:r>
          </w:p>
        </w:tc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7F0E2"/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3234B118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>Unclear / Conflicting</w:t>
            </w:r>
          </w:p>
        </w:tc>
      </w:tr>
      <w:tr w:rsidR="00D957F4" w:rsidRPr="008341BD" w14:paraId="729F1BA3" w14:textId="77777777">
        <w:trPr>
          <w:jc w:val="center"/>
        </w:trPr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0DB75F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sz w:val="24"/>
                <w:szCs w:val="24"/>
              </w:rPr>
              <w:t>Select one</w:t>
            </w:r>
          </w:p>
        </w:tc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4083A5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sz w:val="24"/>
                <w:szCs w:val="24"/>
              </w:rPr>
              <w:t>☐</w:t>
            </w:r>
          </w:p>
        </w:tc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06F309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sz w:val="24"/>
                <w:szCs w:val="24"/>
              </w:rPr>
              <w:t>☐</w:t>
            </w:r>
          </w:p>
        </w:tc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A66C8D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sz w:val="24"/>
                <w:szCs w:val="24"/>
              </w:rPr>
              <w:t>☐</w:t>
            </w:r>
          </w:p>
        </w:tc>
      </w:tr>
    </w:tbl>
    <w:p w14:paraId="2AA69BD1" w14:textId="77777777" w:rsidR="008341BD" w:rsidRDefault="008341BD" w:rsidP="008341BD">
      <w:pPr>
        <w:spacing w:after="0" w:line="240" w:lineRule="auto"/>
        <w:rPr>
          <w:b/>
          <w:color w:val="0B1F3A"/>
          <w:sz w:val="17"/>
        </w:rPr>
      </w:pPr>
    </w:p>
    <w:p w14:paraId="5CF421D1" w14:textId="4358399A" w:rsidR="00D957F4" w:rsidRPr="008341BD" w:rsidRDefault="00000000" w:rsidP="008341BD">
      <w:pPr>
        <w:spacing w:after="0" w:line="240" w:lineRule="auto"/>
        <w:jc w:val="center"/>
        <w:rPr>
          <w:sz w:val="20"/>
          <w:szCs w:val="20"/>
        </w:rPr>
      </w:pPr>
      <w:r w:rsidRPr="008341BD">
        <w:rPr>
          <w:b/>
          <w:color w:val="0B1F3A"/>
          <w:sz w:val="20"/>
          <w:szCs w:val="20"/>
        </w:rPr>
        <w:t xml:space="preserve">Action needed: </w:t>
      </w:r>
      <w:r w:rsidRPr="008341BD">
        <w:rPr>
          <w:sz w:val="20"/>
          <w:szCs w:val="20"/>
        </w:rPr>
        <w:t>☐ None   ☐ Clarify guidance   ☐ Revise policy   ☐ Training   ☐ Privacy/IT review   ☐ Accessibility review</w:t>
      </w:r>
    </w:p>
    <w:p w14:paraId="1CC23475" w14:textId="77777777" w:rsidR="00D957F4" w:rsidRPr="008341BD" w:rsidRDefault="00000000" w:rsidP="008341BD">
      <w:pPr>
        <w:spacing w:after="0" w:line="240" w:lineRule="auto"/>
        <w:jc w:val="center"/>
        <w:rPr>
          <w:sz w:val="20"/>
          <w:szCs w:val="20"/>
        </w:rPr>
      </w:pPr>
      <w:proofErr w:type="gramStart"/>
      <w:r w:rsidRPr="008341BD">
        <w:rPr>
          <w:sz w:val="20"/>
          <w:szCs w:val="20"/>
        </w:rPr>
        <w:t>Owner: _</w:t>
      </w:r>
      <w:proofErr w:type="gramEnd"/>
      <w:r w:rsidRPr="008341BD">
        <w:rPr>
          <w:sz w:val="20"/>
          <w:szCs w:val="20"/>
        </w:rPr>
        <w:t>_____________________________    Target date: ____________________</w:t>
      </w:r>
    </w:p>
    <w:p w14:paraId="616324B3" w14:textId="77777777" w:rsidR="00D957F4" w:rsidRPr="008341BD" w:rsidRDefault="00000000" w:rsidP="008341BD">
      <w:pPr>
        <w:spacing w:after="0" w:line="240" w:lineRule="auto"/>
        <w:jc w:val="center"/>
        <w:rPr>
          <w:sz w:val="20"/>
          <w:szCs w:val="20"/>
        </w:rPr>
      </w:pPr>
      <w:r w:rsidRPr="008341BD">
        <w:rPr>
          <w:sz w:val="20"/>
          <w:szCs w:val="20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8"/>
        <w:gridCol w:w="5328"/>
      </w:tblGrid>
      <w:tr w:rsidR="00D957F4" w14:paraId="2A9467DD" w14:textId="77777777">
        <w:trPr>
          <w:jc w:val="center"/>
        </w:trPr>
        <w:tc>
          <w:tcPr>
            <w:tcW w:w="5328" w:type="dxa"/>
            <w:shd w:val="clear" w:color="auto" w:fill="0B1F3A"/>
            <w:tcMar>
              <w:top w:w="110" w:type="dxa"/>
              <w:left w:w="160" w:type="dxa"/>
              <w:bottom w:w="110" w:type="dxa"/>
              <w:right w:w="120" w:type="dxa"/>
            </w:tcMar>
          </w:tcPr>
          <w:p w14:paraId="3383C9B6" w14:textId="77777777" w:rsidR="00D957F4" w:rsidRDefault="00000000" w:rsidP="008341BD">
            <w:pPr>
              <w:spacing w:after="0" w:line="240" w:lineRule="auto"/>
            </w:pPr>
            <w:r>
              <w:rPr>
                <w:rFonts w:ascii="Aptos Display" w:eastAsia="Aptos Display" w:hAnsi="Aptos Display"/>
                <w:b/>
                <w:color w:val="FFFFFF"/>
                <w:sz w:val="38"/>
              </w:rPr>
              <w:lastRenderedPageBreak/>
              <w:t>SCENARIO 6: INSTRUCTOR USE OF AI TO EVALUATE STUDENT WRITING</w:t>
            </w:r>
          </w:p>
          <w:p w14:paraId="61DE070F" w14:textId="77777777" w:rsidR="00D957F4" w:rsidRPr="008341BD" w:rsidRDefault="00000000" w:rsidP="008341BD">
            <w:pPr>
              <w:spacing w:after="0" w:line="240" w:lineRule="auto"/>
              <w:rPr>
                <w:i/>
                <w:iCs/>
              </w:rPr>
            </w:pPr>
            <w:r w:rsidRPr="008341BD">
              <w:rPr>
                <w:i/>
                <w:iCs/>
                <w:color w:val="E8EDF5"/>
              </w:rPr>
              <w:t>Student AI Institutional Stress Test</w:t>
            </w:r>
          </w:p>
        </w:tc>
        <w:tc>
          <w:tcPr>
            <w:tcW w:w="5328" w:type="dxa"/>
            <w:shd w:val="clear" w:color="auto" w:fill="0B1F3A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1DC1B047" w14:textId="3EF4E98A" w:rsidR="00D957F4" w:rsidRDefault="008341BD" w:rsidP="008341BD"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54B035F6" wp14:editId="07130E9D">
                  <wp:extent cx="1085850" cy="1085850"/>
                  <wp:effectExtent l="0" t="0" r="0" b="0"/>
                  <wp:docPr id="4964187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8719695" name="Picture 55871969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615B7C" w14:textId="77777777" w:rsidR="00D957F4" w:rsidRDefault="00D957F4" w:rsidP="008341BD">
      <w:pPr>
        <w:spacing w:after="0" w:line="240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656"/>
      </w:tblGrid>
      <w:tr w:rsidR="00D957F4" w:rsidRPr="008341BD" w14:paraId="174BD027" w14:textId="77777777">
        <w:trPr>
          <w:jc w:val="center"/>
        </w:trPr>
        <w:tc>
          <w:tcPr>
            <w:tcW w:w="10656" w:type="dxa"/>
            <w:tcBorders>
              <w:top w:val="single" w:sz="8" w:space="0" w:color="14345B"/>
              <w:left w:val="single" w:sz="8" w:space="0" w:color="14345B"/>
              <w:bottom w:val="single" w:sz="8" w:space="0" w:color="14345B"/>
              <w:right w:val="single" w:sz="8" w:space="0" w:color="14345B"/>
            </w:tcBorders>
            <w:shd w:val="clear" w:color="auto" w:fill="EEF4F9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23FF617D" w14:textId="77777777" w:rsidR="00D957F4" w:rsidRPr="008341BD" w:rsidRDefault="00000000" w:rsidP="008341BD">
            <w:pPr>
              <w:spacing w:after="0" w:line="240" w:lineRule="auto"/>
              <w:rPr>
                <w:sz w:val="28"/>
                <w:szCs w:val="28"/>
              </w:rPr>
            </w:pPr>
            <w:r w:rsidRPr="008341BD">
              <w:rPr>
                <w:b/>
                <w:color w:val="C9902E"/>
                <w:sz w:val="28"/>
                <w:szCs w:val="28"/>
              </w:rPr>
              <w:t xml:space="preserve">SITUATION: </w:t>
            </w:r>
            <w:r w:rsidRPr="008341BD">
              <w:rPr>
                <w:sz w:val="28"/>
                <w:szCs w:val="28"/>
              </w:rPr>
              <w:t>An instructor uploads student papers to an AI system to generate comments and preliminary evaluations before assigning final grades.</w:t>
            </w:r>
          </w:p>
        </w:tc>
      </w:tr>
    </w:tbl>
    <w:p w14:paraId="527D368B" w14:textId="77777777" w:rsidR="00D957F4" w:rsidRDefault="00D957F4" w:rsidP="008341BD">
      <w:pPr>
        <w:spacing w:after="0" w:line="240" w:lineRule="auto"/>
      </w:pPr>
    </w:p>
    <w:p w14:paraId="28A24C30" w14:textId="77777777" w:rsidR="00D957F4" w:rsidRPr="008341BD" w:rsidRDefault="00000000" w:rsidP="008341BD">
      <w:pPr>
        <w:spacing w:after="0" w:line="240" w:lineRule="auto"/>
        <w:rPr>
          <w:b/>
          <w:color w:val="0B1F3A"/>
          <w:sz w:val="28"/>
          <w:szCs w:val="28"/>
        </w:rPr>
      </w:pPr>
      <w:r w:rsidRPr="008341BD">
        <w:rPr>
          <w:b/>
          <w:color w:val="C9902E"/>
          <w:sz w:val="28"/>
          <w:szCs w:val="28"/>
        </w:rPr>
        <w:t xml:space="preserve">Core test: </w:t>
      </w:r>
      <w:r w:rsidRPr="008341BD">
        <w:rPr>
          <w:b/>
          <w:color w:val="0B1F3A"/>
          <w:sz w:val="28"/>
          <w:szCs w:val="28"/>
        </w:rPr>
        <w:t>Could your current policies tell faculty, students, and administrators what should happen here, without relying on informal interpretation?</w:t>
      </w:r>
    </w:p>
    <w:p w14:paraId="41ED6B50" w14:textId="77777777" w:rsidR="008341BD" w:rsidRDefault="008341BD" w:rsidP="008341BD">
      <w:pPr>
        <w:spacing w:after="0" w:line="240" w:lineRule="auto"/>
      </w:pPr>
    </w:p>
    <w:tbl>
      <w:tblPr>
        <w:tblW w:w="10764" w:type="dxa"/>
        <w:jc w:val="center"/>
        <w:tblLayout w:type="fixed"/>
        <w:tblLook w:val="04A0" w:firstRow="1" w:lastRow="0" w:firstColumn="1" w:lastColumn="0" w:noHBand="0" w:noVBand="1"/>
      </w:tblPr>
      <w:tblGrid>
        <w:gridCol w:w="5328"/>
        <w:gridCol w:w="5436"/>
      </w:tblGrid>
      <w:tr w:rsidR="00D957F4" w:rsidRPr="008341BD" w14:paraId="594548F3" w14:textId="77777777" w:rsidTr="00F740F7">
        <w:trPr>
          <w:tblHeader/>
          <w:jc w:val="center"/>
        </w:trPr>
        <w:tc>
          <w:tcPr>
            <w:tcW w:w="5328" w:type="dxa"/>
            <w:shd w:val="clear" w:color="auto" w:fill="0B1F3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551912B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FFFFFF"/>
                <w:sz w:val="24"/>
                <w:szCs w:val="24"/>
              </w:rPr>
              <w:t>STRESS-TEST QUESTION</w:t>
            </w:r>
          </w:p>
        </w:tc>
        <w:tc>
          <w:tcPr>
            <w:tcW w:w="5436" w:type="dxa"/>
            <w:shd w:val="clear" w:color="auto" w:fill="0B1F3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53B269D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FFFFFF"/>
                <w:sz w:val="24"/>
                <w:szCs w:val="24"/>
              </w:rPr>
              <w:t>YOUR INSTITUTION'S CURRENT ANSWER</w:t>
            </w:r>
          </w:p>
        </w:tc>
      </w:tr>
      <w:tr w:rsidR="00D957F4" w:rsidRPr="008341BD" w14:paraId="265077FC" w14:textId="77777777" w:rsidTr="00F740F7">
        <w:trPr>
          <w:jc w:val="center"/>
        </w:trPr>
        <w:tc>
          <w:tcPr>
            <w:tcW w:w="5328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520C6C0A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C9902E"/>
                <w:sz w:val="24"/>
                <w:szCs w:val="24"/>
              </w:rPr>
              <w:t xml:space="preserve">1. </w:t>
            </w:r>
            <w:r w:rsidRPr="008341BD">
              <w:rPr>
                <w:sz w:val="24"/>
                <w:szCs w:val="24"/>
              </w:rPr>
              <w:t>Are students informed that AI may be used in evaluating or responding to their work?</w:t>
            </w:r>
          </w:p>
        </w:tc>
        <w:tc>
          <w:tcPr>
            <w:tcW w:w="5436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4199ACB3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i/>
                <w:color w:val="9AA4B2"/>
                <w:sz w:val="24"/>
                <w:szCs w:val="24"/>
              </w:rPr>
              <w:t>Type response here...</w:t>
            </w:r>
          </w:p>
          <w:p w14:paraId="3F832C8A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 xml:space="preserve">Policy / section / evidence: </w:t>
            </w:r>
            <w:r w:rsidRPr="008341BD">
              <w:rPr>
                <w:color w:val="8995A3"/>
                <w:sz w:val="24"/>
                <w:szCs w:val="24"/>
              </w:rPr>
              <w:t>________________________________</w:t>
            </w:r>
          </w:p>
        </w:tc>
      </w:tr>
      <w:tr w:rsidR="00D957F4" w:rsidRPr="008341BD" w14:paraId="7C4580D0" w14:textId="77777777" w:rsidTr="00F740F7">
        <w:trPr>
          <w:jc w:val="center"/>
        </w:trPr>
        <w:tc>
          <w:tcPr>
            <w:tcW w:w="5328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7817CDD1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C9902E"/>
                <w:sz w:val="24"/>
                <w:szCs w:val="24"/>
              </w:rPr>
              <w:t xml:space="preserve">2. </w:t>
            </w:r>
            <w:r w:rsidRPr="008341BD">
              <w:rPr>
                <w:sz w:val="24"/>
                <w:szCs w:val="24"/>
              </w:rPr>
              <w:t>May student work be uploaded to this system under institutional privacy and data-protection requirements?</w:t>
            </w:r>
          </w:p>
        </w:tc>
        <w:tc>
          <w:tcPr>
            <w:tcW w:w="5436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443FD1DF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i/>
                <w:color w:val="9AA4B2"/>
                <w:sz w:val="24"/>
                <w:szCs w:val="24"/>
              </w:rPr>
              <w:t>Type response here...</w:t>
            </w:r>
          </w:p>
          <w:p w14:paraId="5F633718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 xml:space="preserve">Policy / section / evidence: </w:t>
            </w:r>
            <w:r w:rsidRPr="008341BD">
              <w:rPr>
                <w:color w:val="8995A3"/>
                <w:sz w:val="24"/>
                <w:szCs w:val="24"/>
              </w:rPr>
              <w:t>________________________________</w:t>
            </w:r>
          </w:p>
        </w:tc>
      </w:tr>
      <w:tr w:rsidR="00D957F4" w:rsidRPr="008341BD" w14:paraId="7B35E92A" w14:textId="77777777" w:rsidTr="00F740F7">
        <w:trPr>
          <w:jc w:val="center"/>
        </w:trPr>
        <w:tc>
          <w:tcPr>
            <w:tcW w:w="5328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116B9763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C9902E"/>
                <w:sz w:val="24"/>
                <w:szCs w:val="24"/>
              </w:rPr>
              <w:t xml:space="preserve">3. </w:t>
            </w:r>
            <w:r w:rsidRPr="008341BD">
              <w:rPr>
                <w:sz w:val="24"/>
                <w:szCs w:val="24"/>
              </w:rPr>
              <w:t>What level of meaningful human review is required before feedback or grades are issued?</w:t>
            </w:r>
          </w:p>
        </w:tc>
        <w:tc>
          <w:tcPr>
            <w:tcW w:w="5436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679B7320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i/>
                <w:color w:val="9AA4B2"/>
                <w:sz w:val="24"/>
                <w:szCs w:val="24"/>
              </w:rPr>
              <w:t>Type response here...</w:t>
            </w:r>
          </w:p>
          <w:p w14:paraId="519C7B60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 xml:space="preserve">Policy / section / evidence: </w:t>
            </w:r>
            <w:r w:rsidRPr="008341BD">
              <w:rPr>
                <w:color w:val="8995A3"/>
                <w:sz w:val="24"/>
                <w:szCs w:val="24"/>
              </w:rPr>
              <w:t>________________________________</w:t>
            </w:r>
          </w:p>
        </w:tc>
      </w:tr>
      <w:tr w:rsidR="00D957F4" w:rsidRPr="008341BD" w14:paraId="0233C58F" w14:textId="77777777" w:rsidTr="00F740F7">
        <w:trPr>
          <w:jc w:val="center"/>
        </w:trPr>
        <w:tc>
          <w:tcPr>
            <w:tcW w:w="5328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5E3EE18C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C9902E"/>
                <w:sz w:val="24"/>
                <w:szCs w:val="24"/>
              </w:rPr>
              <w:t xml:space="preserve">4. </w:t>
            </w:r>
            <w:r w:rsidRPr="008341BD">
              <w:rPr>
                <w:sz w:val="24"/>
                <w:szCs w:val="24"/>
              </w:rPr>
              <w:t>Does the institution distinguish AI-assisted feedback from AI-assisted grading or decision-making?</w:t>
            </w:r>
          </w:p>
        </w:tc>
        <w:tc>
          <w:tcPr>
            <w:tcW w:w="5436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2D5FAA47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i/>
                <w:color w:val="9AA4B2"/>
                <w:sz w:val="24"/>
                <w:szCs w:val="24"/>
              </w:rPr>
              <w:t>Type response here...</w:t>
            </w:r>
          </w:p>
          <w:p w14:paraId="4A142748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 xml:space="preserve">Policy / section / evidence: </w:t>
            </w:r>
            <w:r w:rsidRPr="008341BD">
              <w:rPr>
                <w:color w:val="8995A3"/>
                <w:sz w:val="24"/>
                <w:szCs w:val="24"/>
              </w:rPr>
              <w:t>________________________________</w:t>
            </w:r>
          </w:p>
        </w:tc>
      </w:tr>
      <w:tr w:rsidR="00D957F4" w:rsidRPr="008341BD" w14:paraId="4C915DC2" w14:textId="77777777" w:rsidTr="00F740F7">
        <w:trPr>
          <w:jc w:val="center"/>
        </w:trPr>
        <w:tc>
          <w:tcPr>
            <w:tcW w:w="5328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172EAE9B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C9902E"/>
                <w:sz w:val="24"/>
                <w:szCs w:val="24"/>
              </w:rPr>
              <w:t xml:space="preserve">5. </w:t>
            </w:r>
            <w:r w:rsidRPr="008341BD">
              <w:rPr>
                <w:sz w:val="24"/>
                <w:szCs w:val="24"/>
              </w:rPr>
              <w:t>Can a student question or request review of an evaluation materially influenced by AI?</w:t>
            </w:r>
          </w:p>
        </w:tc>
        <w:tc>
          <w:tcPr>
            <w:tcW w:w="5436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74ED37DD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i/>
                <w:color w:val="9AA4B2"/>
                <w:sz w:val="24"/>
                <w:szCs w:val="24"/>
              </w:rPr>
              <w:t>Type response here...</w:t>
            </w:r>
          </w:p>
          <w:p w14:paraId="4B851C09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 xml:space="preserve">Policy / section / evidence: </w:t>
            </w:r>
            <w:r w:rsidRPr="008341BD">
              <w:rPr>
                <w:color w:val="8995A3"/>
                <w:sz w:val="24"/>
                <w:szCs w:val="24"/>
              </w:rPr>
              <w:t>________________________________</w:t>
            </w:r>
          </w:p>
        </w:tc>
      </w:tr>
      <w:tr w:rsidR="00D957F4" w:rsidRPr="008341BD" w14:paraId="3A7AF3C9" w14:textId="77777777" w:rsidTr="00F740F7">
        <w:trPr>
          <w:jc w:val="center"/>
        </w:trPr>
        <w:tc>
          <w:tcPr>
            <w:tcW w:w="5328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7FC6C92B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C9902E"/>
                <w:sz w:val="24"/>
                <w:szCs w:val="24"/>
              </w:rPr>
              <w:t xml:space="preserve">6. </w:t>
            </w:r>
            <w:r w:rsidRPr="008341BD">
              <w:rPr>
                <w:sz w:val="24"/>
                <w:szCs w:val="24"/>
              </w:rPr>
              <w:t>Who has authority to approve or prohibit this type of instructional AI use?</w:t>
            </w:r>
          </w:p>
        </w:tc>
        <w:tc>
          <w:tcPr>
            <w:tcW w:w="5436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082073D4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i/>
                <w:color w:val="9AA4B2"/>
                <w:sz w:val="24"/>
                <w:szCs w:val="24"/>
              </w:rPr>
              <w:t>Type response here...</w:t>
            </w:r>
          </w:p>
          <w:p w14:paraId="60085392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 xml:space="preserve">Policy / section / evidence: </w:t>
            </w:r>
            <w:r w:rsidRPr="008341BD">
              <w:rPr>
                <w:color w:val="8995A3"/>
                <w:sz w:val="24"/>
                <w:szCs w:val="24"/>
              </w:rPr>
              <w:t>________________________________</w:t>
            </w:r>
          </w:p>
        </w:tc>
      </w:tr>
    </w:tbl>
    <w:p w14:paraId="19E74781" w14:textId="77777777" w:rsidR="00D957F4" w:rsidRDefault="00D957F4" w:rsidP="008341BD">
      <w:pPr>
        <w:spacing w:after="0" w:line="240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64"/>
        <w:gridCol w:w="2664"/>
        <w:gridCol w:w="2664"/>
        <w:gridCol w:w="2664"/>
      </w:tblGrid>
      <w:tr w:rsidR="00D957F4" w:rsidRPr="008341BD" w14:paraId="479E4C22" w14:textId="77777777">
        <w:trPr>
          <w:jc w:val="center"/>
        </w:trPr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0B1F3A"/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58AEDF67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b/>
                <w:color w:val="FFFFFF"/>
                <w:sz w:val="24"/>
                <w:szCs w:val="24"/>
              </w:rPr>
              <w:t>OVERALL STATUS</w:t>
            </w:r>
          </w:p>
        </w:tc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7F0E2"/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47BD4D75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>Clear</w:t>
            </w:r>
          </w:p>
        </w:tc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7F0E2"/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44514F94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>Partially Clear</w:t>
            </w:r>
          </w:p>
        </w:tc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7F0E2"/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7E66C4F1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>Unclear / Conflicting</w:t>
            </w:r>
          </w:p>
        </w:tc>
      </w:tr>
      <w:tr w:rsidR="00D957F4" w:rsidRPr="008341BD" w14:paraId="4B2FC6B2" w14:textId="77777777">
        <w:trPr>
          <w:jc w:val="center"/>
        </w:trPr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DB947D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sz w:val="24"/>
                <w:szCs w:val="24"/>
              </w:rPr>
              <w:t>Select one</w:t>
            </w:r>
          </w:p>
        </w:tc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DC349B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sz w:val="24"/>
                <w:szCs w:val="24"/>
              </w:rPr>
              <w:t>☐</w:t>
            </w:r>
          </w:p>
        </w:tc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DB1D29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sz w:val="24"/>
                <w:szCs w:val="24"/>
              </w:rPr>
              <w:t>☐</w:t>
            </w:r>
          </w:p>
        </w:tc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FA9B98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sz w:val="24"/>
                <w:szCs w:val="24"/>
              </w:rPr>
              <w:t>☐</w:t>
            </w:r>
          </w:p>
        </w:tc>
      </w:tr>
    </w:tbl>
    <w:p w14:paraId="6D959784" w14:textId="77777777" w:rsidR="008341BD" w:rsidRDefault="008341BD" w:rsidP="008341BD">
      <w:pPr>
        <w:spacing w:after="0" w:line="240" w:lineRule="auto"/>
        <w:rPr>
          <w:b/>
          <w:color w:val="0B1F3A"/>
          <w:sz w:val="17"/>
        </w:rPr>
      </w:pPr>
    </w:p>
    <w:p w14:paraId="17D5E52E" w14:textId="77777777" w:rsidR="008341BD" w:rsidRDefault="008341BD" w:rsidP="008341BD">
      <w:pPr>
        <w:spacing w:after="0" w:line="240" w:lineRule="auto"/>
        <w:jc w:val="center"/>
        <w:rPr>
          <w:b/>
          <w:color w:val="0B1F3A"/>
          <w:sz w:val="20"/>
          <w:szCs w:val="20"/>
        </w:rPr>
      </w:pPr>
    </w:p>
    <w:p w14:paraId="02E68883" w14:textId="619B248B" w:rsidR="00D957F4" w:rsidRPr="008341BD" w:rsidRDefault="00000000" w:rsidP="008341BD">
      <w:pPr>
        <w:spacing w:after="0" w:line="240" w:lineRule="auto"/>
        <w:jc w:val="center"/>
        <w:rPr>
          <w:sz w:val="20"/>
          <w:szCs w:val="20"/>
        </w:rPr>
      </w:pPr>
      <w:r w:rsidRPr="008341BD">
        <w:rPr>
          <w:b/>
          <w:color w:val="0B1F3A"/>
          <w:sz w:val="20"/>
          <w:szCs w:val="20"/>
        </w:rPr>
        <w:t xml:space="preserve">Action needed: </w:t>
      </w:r>
      <w:r w:rsidRPr="008341BD">
        <w:rPr>
          <w:sz w:val="20"/>
          <w:szCs w:val="20"/>
        </w:rPr>
        <w:t>☐ None   ☐ Clarify guidance   ☐ Revise policy   ☐ Training   ☐ Privacy/IT review   ☐ Accessibility review</w:t>
      </w:r>
    </w:p>
    <w:p w14:paraId="610FC801" w14:textId="77777777" w:rsidR="00D957F4" w:rsidRPr="008341BD" w:rsidRDefault="00000000" w:rsidP="008341BD">
      <w:pPr>
        <w:spacing w:after="0" w:line="240" w:lineRule="auto"/>
        <w:jc w:val="center"/>
        <w:rPr>
          <w:sz w:val="20"/>
          <w:szCs w:val="20"/>
        </w:rPr>
      </w:pPr>
      <w:proofErr w:type="gramStart"/>
      <w:r w:rsidRPr="008341BD">
        <w:rPr>
          <w:sz w:val="20"/>
          <w:szCs w:val="20"/>
        </w:rPr>
        <w:t>Owner: _</w:t>
      </w:r>
      <w:proofErr w:type="gramEnd"/>
      <w:r w:rsidRPr="008341BD">
        <w:rPr>
          <w:sz w:val="20"/>
          <w:szCs w:val="20"/>
        </w:rPr>
        <w:t>_____________________________    Target date: ____________________</w:t>
      </w:r>
    </w:p>
    <w:p w14:paraId="3578B3F8" w14:textId="77777777" w:rsidR="00D957F4" w:rsidRPr="008341BD" w:rsidRDefault="00000000" w:rsidP="008341BD">
      <w:pPr>
        <w:spacing w:after="0" w:line="240" w:lineRule="auto"/>
        <w:jc w:val="center"/>
        <w:rPr>
          <w:sz w:val="20"/>
          <w:szCs w:val="20"/>
        </w:rPr>
      </w:pPr>
      <w:r w:rsidRPr="008341BD">
        <w:rPr>
          <w:sz w:val="20"/>
          <w:szCs w:val="20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8"/>
        <w:gridCol w:w="5328"/>
      </w:tblGrid>
      <w:tr w:rsidR="00D957F4" w14:paraId="592DB034" w14:textId="77777777">
        <w:trPr>
          <w:jc w:val="center"/>
        </w:trPr>
        <w:tc>
          <w:tcPr>
            <w:tcW w:w="5328" w:type="dxa"/>
            <w:shd w:val="clear" w:color="auto" w:fill="0B1F3A"/>
            <w:tcMar>
              <w:top w:w="110" w:type="dxa"/>
              <w:left w:w="160" w:type="dxa"/>
              <w:bottom w:w="110" w:type="dxa"/>
              <w:right w:w="120" w:type="dxa"/>
            </w:tcMar>
          </w:tcPr>
          <w:p w14:paraId="729D0742" w14:textId="77777777" w:rsidR="00D957F4" w:rsidRDefault="00000000" w:rsidP="008341BD">
            <w:pPr>
              <w:spacing w:after="0" w:line="240" w:lineRule="auto"/>
            </w:pPr>
            <w:r>
              <w:rPr>
                <w:rFonts w:ascii="Aptos Display" w:eastAsia="Aptos Display" w:hAnsi="Aptos Display"/>
                <w:b/>
                <w:color w:val="FFFFFF"/>
                <w:sz w:val="38"/>
              </w:rPr>
              <w:lastRenderedPageBreak/>
              <w:t>SCENARIO 7: AI DETECTION AS EVIDENCE OF MISCONDUCT</w:t>
            </w:r>
          </w:p>
          <w:p w14:paraId="0D2C6AD6" w14:textId="77777777" w:rsidR="00D957F4" w:rsidRPr="008341BD" w:rsidRDefault="00000000" w:rsidP="008341BD">
            <w:pPr>
              <w:spacing w:after="0" w:line="240" w:lineRule="auto"/>
              <w:rPr>
                <w:i/>
                <w:iCs/>
              </w:rPr>
            </w:pPr>
            <w:r w:rsidRPr="008341BD">
              <w:rPr>
                <w:i/>
                <w:iCs/>
                <w:color w:val="E8EDF5"/>
              </w:rPr>
              <w:t>Student AI Institutional Stress Test</w:t>
            </w:r>
          </w:p>
        </w:tc>
        <w:tc>
          <w:tcPr>
            <w:tcW w:w="5328" w:type="dxa"/>
            <w:shd w:val="clear" w:color="auto" w:fill="0B1F3A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7C0B50F5" w14:textId="16C15C05" w:rsidR="00D957F4" w:rsidRDefault="008341BD" w:rsidP="008341BD"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12F3E4FD" wp14:editId="31A48817">
                  <wp:extent cx="1085850" cy="1085850"/>
                  <wp:effectExtent l="0" t="0" r="0" b="0"/>
                  <wp:docPr id="9511350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8719695" name="Picture 55871969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CD95A1" w14:textId="77777777" w:rsidR="00D957F4" w:rsidRDefault="00D957F4" w:rsidP="008341BD">
      <w:pPr>
        <w:spacing w:after="0" w:line="240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656"/>
      </w:tblGrid>
      <w:tr w:rsidR="00D957F4" w:rsidRPr="008341BD" w14:paraId="0FDE5964" w14:textId="77777777">
        <w:trPr>
          <w:jc w:val="center"/>
        </w:trPr>
        <w:tc>
          <w:tcPr>
            <w:tcW w:w="10656" w:type="dxa"/>
            <w:tcBorders>
              <w:top w:val="single" w:sz="8" w:space="0" w:color="14345B"/>
              <w:left w:val="single" w:sz="8" w:space="0" w:color="14345B"/>
              <w:bottom w:val="single" w:sz="8" w:space="0" w:color="14345B"/>
              <w:right w:val="single" w:sz="8" w:space="0" w:color="14345B"/>
            </w:tcBorders>
            <w:shd w:val="clear" w:color="auto" w:fill="EEF4F9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11F21A0F" w14:textId="77777777" w:rsidR="00D957F4" w:rsidRPr="008341BD" w:rsidRDefault="00000000" w:rsidP="008341BD">
            <w:pPr>
              <w:spacing w:after="0" w:line="240" w:lineRule="auto"/>
              <w:rPr>
                <w:sz w:val="28"/>
                <w:szCs w:val="28"/>
              </w:rPr>
            </w:pPr>
            <w:r w:rsidRPr="008341BD">
              <w:rPr>
                <w:b/>
                <w:color w:val="C9902E"/>
                <w:sz w:val="28"/>
                <w:szCs w:val="28"/>
              </w:rPr>
              <w:t xml:space="preserve">SITUATION: </w:t>
            </w:r>
            <w:r w:rsidRPr="008341BD">
              <w:rPr>
                <w:sz w:val="28"/>
                <w:szCs w:val="28"/>
              </w:rPr>
              <w:t>A student is accused of academic misconduct primarily because an AI detection tool reports that a substantial portion of the paper was likely AI-generated.</w:t>
            </w:r>
          </w:p>
        </w:tc>
      </w:tr>
    </w:tbl>
    <w:p w14:paraId="6017FDAF" w14:textId="77777777" w:rsidR="00D957F4" w:rsidRDefault="00D957F4" w:rsidP="008341BD">
      <w:pPr>
        <w:spacing w:after="0" w:line="240" w:lineRule="auto"/>
      </w:pPr>
    </w:p>
    <w:p w14:paraId="136C10CC" w14:textId="77777777" w:rsidR="00D957F4" w:rsidRPr="008341BD" w:rsidRDefault="00000000" w:rsidP="008341BD">
      <w:pPr>
        <w:spacing w:after="0" w:line="240" w:lineRule="auto"/>
        <w:rPr>
          <w:b/>
          <w:color w:val="0B1F3A"/>
          <w:sz w:val="28"/>
          <w:szCs w:val="28"/>
        </w:rPr>
      </w:pPr>
      <w:r w:rsidRPr="008341BD">
        <w:rPr>
          <w:b/>
          <w:color w:val="C9902E"/>
          <w:sz w:val="28"/>
          <w:szCs w:val="28"/>
        </w:rPr>
        <w:t xml:space="preserve">Core test: </w:t>
      </w:r>
      <w:r w:rsidRPr="008341BD">
        <w:rPr>
          <w:b/>
          <w:color w:val="0B1F3A"/>
          <w:sz w:val="28"/>
          <w:szCs w:val="28"/>
        </w:rPr>
        <w:t>Could your current policies tell faculty, students, and administrators what should happen here, without relying on informal interpretation?</w:t>
      </w:r>
    </w:p>
    <w:p w14:paraId="387B6D09" w14:textId="77777777" w:rsidR="008341BD" w:rsidRDefault="008341BD" w:rsidP="008341BD">
      <w:pPr>
        <w:spacing w:after="0" w:line="240" w:lineRule="auto"/>
      </w:pPr>
    </w:p>
    <w:tbl>
      <w:tblPr>
        <w:tblW w:w="10692" w:type="dxa"/>
        <w:jc w:val="center"/>
        <w:tblLayout w:type="fixed"/>
        <w:tblLook w:val="04A0" w:firstRow="1" w:lastRow="0" w:firstColumn="1" w:lastColumn="0" w:noHBand="0" w:noVBand="1"/>
      </w:tblPr>
      <w:tblGrid>
        <w:gridCol w:w="5184"/>
        <w:gridCol w:w="5508"/>
      </w:tblGrid>
      <w:tr w:rsidR="00D957F4" w:rsidRPr="008341BD" w14:paraId="18EF30D3" w14:textId="77777777" w:rsidTr="00F740F7">
        <w:trPr>
          <w:tblHeader/>
          <w:jc w:val="center"/>
        </w:trPr>
        <w:tc>
          <w:tcPr>
            <w:tcW w:w="5184" w:type="dxa"/>
            <w:shd w:val="clear" w:color="auto" w:fill="0B1F3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3CD1D01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FFFFFF"/>
                <w:sz w:val="24"/>
                <w:szCs w:val="24"/>
              </w:rPr>
              <w:t>STRESS-TEST QUESTION</w:t>
            </w:r>
          </w:p>
        </w:tc>
        <w:tc>
          <w:tcPr>
            <w:tcW w:w="5508" w:type="dxa"/>
            <w:shd w:val="clear" w:color="auto" w:fill="0B1F3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EDE805C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FFFFFF"/>
                <w:sz w:val="24"/>
                <w:szCs w:val="24"/>
              </w:rPr>
              <w:t>YOUR INSTITUTION'S CURRENT ANSWER</w:t>
            </w:r>
          </w:p>
        </w:tc>
      </w:tr>
      <w:tr w:rsidR="00D957F4" w:rsidRPr="008341BD" w14:paraId="34585330" w14:textId="77777777" w:rsidTr="00F740F7">
        <w:trPr>
          <w:jc w:val="center"/>
        </w:trPr>
        <w:tc>
          <w:tcPr>
            <w:tcW w:w="5184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2B30DB9B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C9902E"/>
                <w:sz w:val="24"/>
                <w:szCs w:val="24"/>
              </w:rPr>
              <w:t xml:space="preserve">1. </w:t>
            </w:r>
            <w:r w:rsidRPr="008341BD">
              <w:rPr>
                <w:sz w:val="24"/>
                <w:szCs w:val="24"/>
              </w:rPr>
              <w:t>Can an AI detector result, by itself, support an academic misconduct finding under current policy?</w:t>
            </w:r>
          </w:p>
        </w:tc>
        <w:tc>
          <w:tcPr>
            <w:tcW w:w="5508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0C6591B1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i/>
                <w:color w:val="9AA4B2"/>
                <w:sz w:val="24"/>
                <w:szCs w:val="24"/>
              </w:rPr>
              <w:t>Type response here...</w:t>
            </w:r>
          </w:p>
          <w:p w14:paraId="2F92F89C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 xml:space="preserve">Policy / section / evidence: </w:t>
            </w:r>
            <w:r w:rsidRPr="008341BD">
              <w:rPr>
                <w:color w:val="8995A3"/>
                <w:sz w:val="24"/>
                <w:szCs w:val="24"/>
              </w:rPr>
              <w:t>________________________________</w:t>
            </w:r>
          </w:p>
        </w:tc>
      </w:tr>
      <w:tr w:rsidR="00D957F4" w:rsidRPr="008341BD" w14:paraId="7B29F2F7" w14:textId="77777777" w:rsidTr="00F740F7">
        <w:trPr>
          <w:jc w:val="center"/>
        </w:trPr>
        <w:tc>
          <w:tcPr>
            <w:tcW w:w="5184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3B7C1C19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C9902E"/>
                <w:sz w:val="24"/>
                <w:szCs w:val="24"/>
              </w:rPr>
              <w:t xml:space="preserve">2. </w:t>
            </w:r>
            <w:r w:rsidRPr="008341BD">
              <w:rPr>
                <w:sz w:val="24"/>
                <w:szCs w:val="24"/>
              </w:rPr>
              <w:t>What other evidence, review, or conversation is required before an adverse decision is made?</w:t>
            </w:r>
          </w:p>
        </w:tc>
        <w:tc>
          <w:tcPr>
            <w:tcW w:w="5508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234EC5BF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i/>
                <w:color w:val="9AA4B2"/>
                <w:sz w:val="24"/>
                <w:szCs w:val="24"/>
              </w:rPr>
              <w:t>Type response here...</w:t>
            </w:r>
          </w:p>
          <w:p w14:paraId="200501FC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 xml:space="preserve">Policy / section / evidence: </w:t>
            </w:r>
            <w:r w:rsidRPr="008341BD">
              <w:rPr>
                <w:color w:val="8995A3"/>
                <w:sz w:val="24"/>
                <w:szCs w:val="24"/>
              </w:rPr>
              <w:t>________________________________</w:t>
            </w:r>
          </w:p>
        </w:tc>
      </w:tr>
      <w:tr w:rsidR="00D957F4" w:rsidRPr="008341BD" w14:paraId="354AAEE2" w14:textId="77777777" w:rsidTr="00F740F7">
        <w:trPr>
          <w:jc w:val="center"/>
        </w:trPr>
        <w:tc>
          <w:tcPr>
            <w:tcW w:w="5184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135AE671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C9902E"/>
                <w:sz w:val="24"/>
                <w:szCs w:val="24"/>
              </w:rPr>
              <w:t xml:space="preserve">3. </w:t>
            </w:r>
            <w:r w:rsidRPr="008341BD">
              <w:rPr>
                <w:sz w:val="24"/>
                <w:szCs w:val="24"/>
              </w:rPr>
              <w:t>Are faculty trained on the limitations of AI detection tools?</w:t>
            </w:r>
          </w:p>
        </w:tc>
        <w:tc>
          <w:tcPr>
            <w:tcW w:w="5508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21474881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i/>
                <w:color w:val="9AA4B2"/>
                <w:sz w:val="24"/>
                <w:szCs w:val="24"/>
              </w:rPr>
              <w:t>Type response here...</w:t>
            </w:r>
          </w:p>
          <w:p w14:paraId="46B55355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 xml:space="preserve">Policy / section / evidence: </w:t>
            </w:r>
            <w:r w:rsidRPr="008341BD">
              <w:rPr>
                <w:color w:val="8995A3"/>
                <w:sz w:val="24"/>
                <w:szCs w:val="24"/>
              </w:rPr>
              <w:t>________________________________</w:t>
            </w:r>
          </w:p>
        </w:tc>
      </w:tr>
      <w:tr w:rsidR="00D957F4" w:rsidRPr="008341BD" w14:paraId="6747A6DA" w14:textId="77777777" w:rsidTr="00F740F7">
        <w:trPr>
          <w:jc w:val="center"/>
        </w:trPr>
        <w:tc>
          <w:tcPr>
            <w:tcW w:w="5184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0D23E720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C9902E"/>
                <w:sz w:val="24"/>
                <w:szCs w:val="24"/>
              </w:rPr>
              <w:t xml:space="preserve">4. </w:t>
            </w:r>
            <w:r w:rsidRPr="008341BD">
              <w:rPr>
                <w:sz w:val="24"/>
                <w:szCs w:val="24"/>
              </w:rPr>
              <w:t>Does the student have a clearly communicated opportunity to respond, provide evidence, or appeal?</w:t>
            </w:r>
          </w:p>
        </w:tc>
        <w:tc>
          <w:tcPr>
            <w:tcW w:w="5508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356673FE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i/>
                <w:color w:val="9AA4B2"/>
                <w:sz w:val="24"/>
                <w:szCs w:val="24"/>
              </w:rPr>
              <w:t>Type response here...</w:t>
            </w:r>
          </w:p>
          <w:p w14:paraId="367CA80C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 xml:space="preserve">Policy / section / evidence: </w:t>
            </w:r>
            <w:r w:rsidRPr="008341BD">
              <w:rPr>
                <w:color w:val="8995A3"/>
                <w:sz w:val="24"/>
                <w:szCs w:val="24"/>
              </w:rPr>
              <w:t>________________________________</w:t>
            </w:r>
          </w:p>
        </w:tc>
      </w:tr>
      <w:tr w:rsidR="00D957F4" w:rsidRPr="008341BD" w14:paraId="673D992C" w14:textId="77777777" w:rsidTr="00F740F7">
        <w:trPr>
          <w:jc w:val="center"/>
        </w:trPr>
        <w:tc>
          <w:tcPr>
            <w:tcW w:w="5184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42D8F8E0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C9902E"/>
                <w:sz w:val="24"/>
                <w:szCs w:val="24"/>
              </w:rPr>
              <w:t xml:space="preserve">5. </w:t>
            </w:r>
            <w:r w:rsidRPr="008341BD">
              <w:rPr>
                <w:sz w:val="24"/>
                <w:szCs w:val="24"/>
              </w:rPr>
              <w:t>Does current policy define who determines whether AI misuse occurred?</w:t>
            </w:r>
          </w:p>
        </w:tc>
        <w:tc>
          <w:tcPr>
            <w:tcW w:w="5508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18D070A2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i/>
                <w:color w:val="9AA4B2"/>
                <w:sz w:val="24"/>
                <w:szCs w:val="24"/>
              </w:rPr>
              <w:t>Type response here...</w:t>
            </w:r>
          </w:p>
          <w:p w14:paraId="0F7DC6BA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 xml:space="preserve">Policy / section / evidence: </w:t>
            </w:r>
            <w:r w:rsidRPr="008341BD">
              <w:rPr>
                <w:color w:val="8995A3"/>
                <w:sz w:val="24"/>
                <w:szCs w:val="24"/>
              </w:rPr>
              <w:t>________________________________</w:t>
            </w:r>
          </w:p>
        </w:tc>
      </w:tr>
      <w:tr w:rsidR="00D957F4" w:rsidRPr="008341BD" w14:paraId="46456250" w14:textId="77777777" w:rsidTr="00F740F7">
        <w:trPr>
          <w:jc w:val="center"/>
        </w:trPr>
        <w:tc>
          <w:tcPr>
            <w:tcW w:w="5184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412A1163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C9902E"/>
                <w:sz w:val="24"/>
                <w:szCs w:val="24"/>
              </w:rPr>
              <w:t xml:space="preserve">6. </w:t>
            </w:r>
            <w:r w:rsidRPr="008341BD">
              <w:rPr>
                <w:sz w:val="24"/>
                <w:szCs w:val="24"/>
              </w:rPr>
              <w:t>Would the institution be comfortable defending the process if the detector result proved incorrect?</w:t>
            </w:r>
          </w:p>
        </w:tc>
        <w:tc>
          <w:tcPr>
            <w:tcW w:w="5508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05E9EC18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i/>
                <w:color w:val="9AA4B2"/>
                <w:sz w:val="24"/>
                <w:szCs w:val="24"/>
              </w:rPr>
              <w:t>Type response here...</w:t>
            </w:r>
          </w:p>
          <w:p w14:paraId="7A13021F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 xml:space="preserve">Policy / section / evidence: </w:t>
            </w:r>
            <w:r w:rsidRPr="008341BD">
              <w:rPr>
                <w:color w:val="8995A3"/>
                <w:sz w:val="24"/>
                <w:szCs w:val="24"/>
              </w:rPr>
              <w:t>________________________________</w:t>
            </w:r>
          </w:p>
        </w:tc>
      </w:tr>
    </w:tbl>
    <w:p w14:paraId="6ED9650F" w14:textId="77777777" w:rsidR="00D957F4" w:rsidRDefault="00D957F4" w:rsidP="008341BD">
      <w:pPr>
        <w:spacing w:after="0" w:line="240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64"/>
        <w:gridCol w:w="2664"/>
        <w:gridCol w:w="2664"/>
        <w:gridCol w:w="2664"/>
      </w:tblGrid>
      <w:tr w:rsidR="00D957F4" w:rsidRPr="008341BD" w14:paraId="6077D3A4" w14:textId="77777777">
        <w:trPr>
          <w:jc w:val="center"/>
        </w:trPr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0B1F3A"/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2506F406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b/>
                <w:color w:val="FFFFFF"/>
                <w:sz w:val="24"/>
                <w:szCs w:val="24"/>
              </w:rPr>
              <w:t>OVERALL STATUS</w:t>
            </w:r>
          </w:p>
        </w:tc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7F0E2"/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16CC6286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>Clear</w:t>
            </w:r>
          </w:p>
        </w:tc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7F0E2"/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39EC6813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>Partially Clear</w:t>
            </w:r>
          </w:p>
        </w:tc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7F0E2"/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3D617FFD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>Unclear / Conflicting</w:t>
            </w:r>
          </w:p>
        </w:tc>
      </w:tr>
      <w:tr w:rsidR="00D957F4" w:rsidRPr="008341BD" w14:paraId="0F01C366" w14:textId="77777777">
        <w:trPr>
          <w:jc w:val="center"/>
        </w:trPr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F2666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sz w:val="24"/>
                <w:szCs w:val="24"/>
              </w:rPr>
              <w:t>Select one</w:t>
            </w:r>
          </w:p>
        </w:tc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70FF82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sz w:val="24"/>
                <w:szCs w:val="24"/>
              </w:rPr>
              <w:t>☐</w:t>
            </w:r>
          </w:p>
        </w:tc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06D9CB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sz w:val="24"/>
                <w:szCs w:val="24"/>
              </w:rPr>
              <w:t>☐</w:t>
            </w:r>
          </w:p>
        </w:tc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DE2A19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sz w:val="24"/>
                <w:szCs w:val="24"/>
              </w:rPr>
              <w:t>☐</w:t>
            </w:r>
          </w:p>
        </w:tc>
      </w:tr>
    </w:tbl>
    <w:p w14:paraId="5FB95A7E" w14:textId="77777777" w:rsidR="008341BD" w:rsidRDefault="008341BD" w:rsidP="008341BD">
      <w:pPr>
        <w:spacing w:after="0" w:line="240" w:lineRule="auto"/>
        <w:rPr>
          <w:b/>
          <w:color w:val="0B1F3A"/>
          <w:sz w:val="17"/>
        </w:rPr>
      </w:pPr>
    </w:p>
    <w:p w14:paraId="3EB6F65E" w14:textId="77777777" w:rsidR="008341BD" w:rsidRDefault="008341BD" w:rsidP="008341BD">
      <w:pPr>
        <w:spacing w:after="0" w:line="240" w:lineRule="auto"/>
        <w:jc w:val="center"/>
        <w:rPr>
          <w:b/>
          <w:color w:val="0B1F3A"/>
          <w:sz w:val="20"/>
          <w:szCs w:val="20"/>
        </w:rPr>
      </w:pPr>
    </w:p>
    <w:p w14:paraId="51B1CA04" w14:textId="31024251" w:rsidR="00D957F4" w:rsidRPr="008341BD" w:rsidRDefault="00000000" w:rsidP="008341BD">
      <w:pPr>
        <w:spacing w:after="0" w:line="240" w:lineRule="auto"/>
        <w:jc w:val="center"/>
        <w:rPr>
          <w:sz w:val="20"/>
          <w:szCs w:val="20"/>
        </w:rPr>
      </w:pPr>
      <w:r w:rsidRPr="008341BD">
        <w:rPr>
          <w:b/>
          <w:color w:val="0B1F3A"/>
          <w:sz w:val="20"/>
          <w:szCs w:val="20"/>
        </w:rPr>
        <w:t xml:space="preserve">Action needed: </w:t>
      </w:r>
      <w:r w:rsidRPr="008341BD">
        <w:rPr>
          <w:sz w:val="20"/>
          <w:szCs w:val="20"/>
        </w:rPr>
        <w:t>☐ None   ☐ Clarify guidance   ☐ Revise policy   ☐ Training   ☐ Privacy/IT review   ☐ Accessibility review</w:t>
      </w:r>
    </w:p>
    <w:p w14:paraId="2C9FCA81" w14:textId="77777777" w:rsidR="00D957F4" w:rsidRPr="008341BD" w:rsidRDefault="00000000" w:rsidP="008341BD">
      <w:pPr>
        <w:spacing w:after="0" w:line="240" w:lineRule="auto"/>
        <w:jc w:val="center"/>
        <w:rPr>
          <w:sz w:val="20"/>
          <w:szCs w:val="20"/>
        </w:rPr>
      </w:pPr>
      <w:proofErr w:type="gramStart"/>
      <w:r w:rsidRPr="008341BD">
        <w:rPr>
          <w:sz w:val="20"/>
          <w:szCs w:val="20"/>
        </w:rPr>
        <w:t>Owner: _</w:t>
      </w:r>
      <w:proofErr w:type="gramEnd"/>
      <w:r w:rsidRPr="008341BD">
        <w:rPr>
          <w:sz w:val="20"/>
          <w:szCs w:val="20"/>
        </w:rPr>
        <w:t>_____________________________    Target date: ____________________</w:t>
      </w:r>
    </w:p>
    <w:p w14:paraId="0928828B" w14:textId="77777777" w:rsidR="00D957F4" w:rsidRPr="008341BD" w:rsidRDefault="00000000" w:rsidP="008341BD">
      <w:pPr>
        <w:spacing w:after="0" w:line="240" w:lineRule="auto"/>
        <w:rPr>
          <w:sz w:val="22"/>
        </w:rPr>
      </w:pPr>
      <w:r w:rsidRPr="008341BD">
        <w:rPr>
          <w:sz w:val="22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8"/>
        <w:gridCol w:w="5328"/>
      </w:tblGrid>
      <w:tr w:rsidR="00D957F4" w14:paraId="586BDCE9" w14:textId="77777777">
        <w:trPr>
          <w:jc w:val="center"/>
        </w:trPr>
        <w:tc>
          <w:tcPr>
            <w:tcW w:w="5328" w:type="dxa"/>
            <w:shd w:val="clear" w:color="auto" w:fill="0B1F3A"/>
            <w:tcMar>
              <w:top w:w="110" w:type="dxa"/>
              <w:left w:w="160" w:type="dxa"/>
              <w:bottom w:w="110" w:type="dxa"/>
              <w:right w:w="120" w:type="dxa"/>
            </w:tcMar>
          </w:tcPr>
          <w:p w14:paraId="7224D381" w14:textId="77777777" w:rsidR="00D957F4" w:rsidRDefault="00000000" w:rsidP="008341BD">
            <w:pPr>
              <w:spacing w:after="0" w:line="240" w:lineRule="auto"/>
            </w:pPr>
            <w:r>
              <w:rPr>
                <w:rFonts w:ascii="Aptos Display" w:eastAsia="Aptos Display" w:hAnsi="Aptos Display"/>
                <w:b/>
                <w:color w:val="FFFFFF"/>
                <w:sz w:val="38"/>
              </w:rPr>
              <w:lastRenderedPageBreak/>
              <w:t>SCENARIO 8: REQUIRED AI TOOL CREATES AN ACCESSIBILITY OR PRIVACY BARRIER</w:t>
            </w:r>
          </w:p>
          <w:p w14:paraId="09D2E0DF" w14:textId="77777777" w:rsidR="00D957F4" w:rsidRPr="008341BD" w:rsidRDefault="00000000" w:rsidP="008341BD">
            <w:pPr>
              <w:spacing w:after="0" w:line="240" w:lineRule="auto"/>
              <w:rPr>
                <w:i/>
                <w:iCs/>
              </w:rPr>
            </w:pPr>
            <w:r w:rsidRPr="008341BD">
              <w:rPr>
                <w:i/>
                <w:iCs/>
                <w:color w:val="E8EDF5"/>
              </w:rPr>
              <w:t>Student AI Institutional Stress Test</w:t>
            </w:r>
          </w:p>
        </w:tc>
        <w:tc>
          <w:tcPr>
            <w:tcW w:w="5328" w:type="dxa"/>
            <w:shd w:val="clear" w:color="auto" w:fill="0B1F3A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7A0978CA" w14:textId="06C3179C" w:rsidR="00D957F4" w:rsidRDefault="008341BD" w:rsidP="008341BD"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056D7A04" wp14:editId="53EEA3B9">
                  <wp:extent cx="1085850" cy="1085850"/>
                  <wp:effectExtent l="0" t="0" r="0" b="0"/>
                  <wp:docPr id="8007762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8719695" name="Picture 55871969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06B67A" w14:textId="77777777" w:rsidR="00D957F4" w:rsidRDefault="00D957F4" w:rsidP="008341BD">
      <w:pPr>
        <w:spacing w:after="0" w:line="240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656"/>
      </w:tblGrid>
      <w:tr w:rsidR="00D957F4" w:rsidRPr="008341BD" w14:paraId="3EE5C17D" w14:textId="77777777">
        <w:trPr>
          <w:jc w:val="center"/>
        </w:trPr>
        <w:tc>
          <w:tcPr>
            <w:tcW w:w="10656" w:type="dxa"/>
            <w:tcBorders>
              <w:top w:val="single" w:sz="8" w:space="0" w:color="14345B"/>
              <w:left w:val="single" w:sz="8" w:space="0" w:color="14345B"/>
              <w:bottom w:val="single" w:sz="8" w:space="0" w:color="14345B"/>
              <w:right w:val="single" w:sz="8" w:space="0" w:color="14345B"/>
            </w:tcBorders>
            <w:shd w:val="clear" w:color="auto" w:fill="EEF4F9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45934C5F" w14:textId="77777777" w:rsidR="00D957F4" w:rsidRPr="008341BD" w:rsidRDefault="00000000" w:rsidP="008341BD">
            <w:pPr>
              <w:spacing w:after="0" w:line="240" w:lineRule="auto"/>
              <w:rPr>
                <w:sz w:val="28"/>
                <w:szCs w:val="28"/>
              </w:rPr>
            </w:pPr>
            <w:r w:rsidRPr="008341BD">
              <w:rPr>
                <w:b/>
                <w:color w:val="C9902E"/>
                <w:sz w:val="28"/>
                <w:szCs w:val="28"/>
              </w:rPr>
              <w:t xml:space="preserve">SITUATION: </w:t>
            </w:r>
            <w:r w:rsidRPr="008341BD">
              <w:rPr>
                <w:sz w:val="28"/>
                <w:szCs w:val="28"/>
              </w:rPr>
              <w:t>An instructor requires use of an AI platform for a graded assignment. A student raises concerns about accessibility, privacy, account creation, cost, or the platform’s data practices.</w:t>
            </w:r>
          </w:p>
        </w:tc>
      </w:tr>
    </w:tbl>
    <w:p w14:paraId="0F3C9E3F" w14:textId="77777777" w:rsidR="00D957F4" w:rsidRDefault="00D957F4" w:rsidP="008341BD">
      <w:pPr>
        <w:spacing w:after="0" w:line="240" w:lineRule="auto"/>
      </w:pPr>
    </w:p>
    <w:p w14:paraId="238F9574" w14:textId="77777777" w:rsidR="00D957F4" w:rsidRDefault="00000000" w:rsidP="008341BD">
      <w:pPr>
        <w:spacing w:after="0" w:line="240" w:lineRule="auto"/>
        <w:rPr>
          <w:b/>
          <w:color w:val="0B1F3A"/>
          <w:sz w:val="28"/>
          <w:szCs w:val="28"/>
        </w:rPr>
      </w:pPr>
      <w:r w:rsidRPr="008341BD">
        <w:rPr>
          <w:b/>
          <w:color w:val="C9902E"/>
          <w:sz w:val="28"/>
          <w:szCs w:val="28"/>
        </w:rPr>
        <w:t xml:space="preserve">Core test: </w:t>
      </w:r>
      <w:r w:rsidRPr="008341BD">
        <w:rPr>
          <w:b/>
          <w:color w:val="0B1F3A"/>
          <w:sz w:val="28"/>
          <w:szCs w:val="28"/>
        </w:rPr>
        <w:t>Could your current policies tell faculty, students, and administrators what should happen here, without relying on informal interpretation?</w:t>
      </w:r>
    </w:p>
    <w:p w14:paraId="623C1763" w14:textId="77777777" w:rsidR="008341BD" w:rsidRPr="008341BD" w:rsidRDefault="008341BD" w:rsidP="008341BD">
      <w:pPr>
        <w:spacing w:after="0" w:line="240" w:lineRule="auto"/>
        <w:rPr>
          <w:sz w:val="28"/>
          <w:szCs w:val="28"/>
        </w:rPr>
      </w:pPr>
    </w:p>
    <w:tbl>
      <w:tblPr>
        <w:tblW w:w="10692" w:type="dxa"/>
        <w:jc w:val="center"/>
        <w:tblLayout w:type="fixed"/>
        <w:tblLook w:val="04A0" w:firstRow="1" w:lastRow="0" w:firstColumn="1" w:lastColumn="0" w:noHBand="0" w:noVBand="1"/>
      </w:tblPr>
      <w:tblGrid>
        <w:gridCol w:w="5184"/>
        <w:gridCol w:w="5508"/>
      </w:tblGrid>
      <w:tr w:rsidR="00D957F4" w:rsidRPr="008341BD" w14:paraId="7AD8F56C" w14:textId="77777777" w:rsidTr="00F740F7">
        <w:trPr>
          <w:tblHeader/>
          <w:jc w:val="center"/>
        </w:trPr>
        <w:tc>
          <w:tcPr>
            <w:tcW w:w="5184" w:type="dxa"/>
            <w:shd w:val="clear" w:color="auto" w:fill="0B1F3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6655051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FFFFFF"/>
                <w:sz w:val="24"/>
                <w:szCs w:val="24"/>
              </w:rPr>
              <w:t>STRESS-TEST QUESTION</w:t>
            </w:r>
          </w:p>
        </w:tc>
        <w:tc>
          <w:tcPr>
            <w:tcW w:w="5508" w:type="dxa"/>
            <w:shd w:val="clear" w:color="auto" w:fill="0B1F3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7C710B7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FFFFFF"/>
                <w:sz w:val="24"/>
                <w:szCs w:val="24"/>
              </w:rPr>
              <w:t>YOUR INSTITUTION'S CURRENT ANSWER</w:t>
            </w:r>
          </w:p>
        </w:tc>
      </w:tr>
      <w:tr w:rsidR="00D957F4" w:rsidRPr="008341BD" w14:paraId="77427C6A" w14:textId="77777777" w:rsidTr="00F740F7">
        <w:trPr>
          <w:jc w:val="center"/>
        </w:trPr>
        <w:tc>
          <w:tcPr>
            <w:tcW w:w="5184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704C323B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C9902E"/>
                <w:sz w:val="24"/>
                <w:szCs w:val="24"/>
              </w:rPr>
              <w:t xml:space="preserve">1. </w:t>
            </w:r>
            <w:r w:rsidRPr="008341BD">
              <w:rPr>
                <w:sz w:val="24"/>
                <w:szCs w:val="24"/>
              </w:rPr>
              <w:t>Does the institution provide a reasonable alternative when a required AI tool creates a documented barrier?</w:t>
            </w:r>
          </w:p>
        </w:tc>
        <w:tc>
          <w:tcPr>
            <w:tcW w:w="5508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36300755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i/>
                <w:color w:val="9AA4B2"/>
                <w:sz w:val="24"/>
                <w:szCs w:val="24"/>
              </w:rPr>
              <w:t>Type response here...</w:t>
            </w:r>
          </w:p>
          <w:p w14:paraId="6B961221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 xml:space="preserve">Policy / section / evidence: </w:t>
            </w:r>
            <w:r w:rsidRPr="008341BD">
              <w:rPr>
                <w:color w:val="8995A3"/>
                <w:sz w:val="24"/>
                <w:szCs w:val="24"/>
              </w:rPr>
              <w:t>________________________________</w:t>
            </w:r>
          </w:p>
        </w:tc>
      </w:tr>
      <w:tr w:rsidR="00D957F4" w:rsidRPr="008341BD" w14:paraId="7CF4FA40" w14:textId="77777777" w:rsidTr="00F740F7">
        <w:trPr>
          <w:jc w:val="center"/>
        </w:trPr>
        <w:tc>
          <w:tcPr>
            <w:tcW w:w="5184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4CABD53C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C9902E"/>
                <w:sz w:val="24"/>
                <w:szCs w:val="24"/>
              </w:rPr>
              <w:t xml:space="preserve">2. </w:t>
            </w:r>
            <w:r w:rsidRPr="008341BD">
              <w:rPr>
                <w:sz w:val="24"/>
                <w:szCs w:val="24"/>
              </w:rPr>
              <w:t>Who determines whether the tool meets institutional accessibility, privacy, and security expectations?</w:t>
            </w:r>
          </w:p>
        </w:tc>
        <w:tc>
          <w:tcPr>
            <w:tcW w:w="5508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772039D5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i/>
                <w:color w:val="9AA4B2"/>
                <w:sz w:val="24"/>
                <w:szCs w:val="24"/>
              </w:rPr>
              <w:t>Type response here...</w:t>
            </w:r>
          </w:p>
          <w:p w14:paraId="2A5794D2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 xml:space="preserve">Policy / section / evidence: </w:t>
            </w:r>
            <w:r w:rsidRPr="008341BD">
              <w:rPr>
                <w:color w:val="8995A3"/>
                <w:sz w:val="24"/>
                <w:szCs w:val="24"/>
              </w:rPr>
              <w:t>________________________________</w:t>
            </w:r>
          </w:p>
        </w:tc>
      </w:tr>
      <w:tr w:rsidR="00D957F4" w:rsidRPr="008341BD" w14:paraId="67C68527" w14:textId="77777777" w:rsidTr="00F740F7">
        <w:trPr>
          <w:jc w:val="center"/>
        </w:trPr>
        <w:tc>
          <w:tcPr>
            <w:tcW w:w="5184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5D3171C5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C9902E"/>
                <w:sz w:val="24"/>
                <w:szCs w:val="24"/>
              </w:rPr>
              <w:t xml:space="preserve">3. </w:t>
            </w:r>
            <w:r w:rsidRPr="008341BD">
              <w:rPr>
                <w:sz w:val="24"/>
                <w:szCs w:val="24"/>
              </w:rPr>
              <w:t>Can the student decline the platform without an academic penalty when a legitimate concern exists?</w:t>
            </w:r>
          </w:p>
        </w:tc>
        <w:tc>
          <w:tcPr>
            <w:tcW w:w="5508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4CE66A9B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i/>
                <w:color w:val="9AA4B2"/>
                <w:sz w:val="24"/>
                <w:szCs w:val="24"/>
              </w:rPr>
              <w:t>Type response here...</w:t>
            </w:r>
          </w:p>
          <w:p w14:paraId="3E94A68F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 xml:space="preserve">Policy / section / evidence: </w:t>
            </w:r>
            <w:r w:rsidRPr="008341BD">
              <w:rPr>
                <w:color w:val="8995A3"/>
                <w:sz w:val="24"/>
                <w:szCs w:val="24"/>
              </w:rPr>
              <w:t>________________________________</w:t>
            </w:r>
          </w:p>
        </w:tc>
      </w:tr>
      <w:tr w:rsidR="00D957F4" w:rsidRPr="008341BD" w14:paraId="0E7E1AD9" w14:textId="77777777" w:rsidTr="00F740F7">
        <w:trPr>
          <w:jc w:val="center"/>
        </w:trPr>
        <w:tc>
          <w:tcPr>
            <w:tcW w:w="5184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45EF14C4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C9902E"/>
                <w:sz w:val="24"/>
                <w:szCs w:val="24"/>
              </w:rPr>
              <w:t xml:space="preserve">4. </w:t>
            </w:r>
            <w:r w:rsidRPr="008341BD">
              <w:rPr>
                <w:sz w:val="24"/>
                <w:szCs w:val="24"/>
              </w:rPr>
              <w:t>Are students informed in advance about account, data, cost, and technology requirements?</w:t>
            </w:r>
          </w:p>
        </w:tc>
        <w:tc>
          <w:tcPr>
            <w:tcW w:w="5508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7FFC76BF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i/>
                <w:color w:val="9AA4B2"/>
                <w:sz w:val="24"/>
                <w:szCs w:val="24"/>
              </w:rPr>
              <w:t>Type response here...</w:t>
            </w:r>
          </w:p>
          <w:p w14:paraId="13646B89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 xml:space="preserve">Policy / section / evidence: </w:t>
            </w:r>
            <w:r w:rsidRPr="008341BD">
              <w:rPr>
                <w:color w:val="8995A3"/>
                <w:sz w:val="24"/>
                <w:szCs w:val="24"/>
              </w:rPr>
              <w:t>________________________________</w:t>
            </w:r>
          </w:p>
        </w:tc>
      </w:tr>
      <w:tr w:rsidR="00D957F4" w:rsidRPr="008341BD" w14:paraId="363DD016" w14:textId="77777777" w:rsidTr="00F740F7">
        <w:trPr>
          <w:jc w:val="center"/>
        </w:trPr>
        <w:tc>
          <w:tcPr>
            <w:tcW w:w="5184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16D8B387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C9902E"/>
                <w:sz w:val="24"/>
                <w:szCs w:val="24"/>
              </w:rPr>
              <w:t xml:space="preserve">5. </w:t>
            </w:r>
            <w:r w:rsidRPr="008341BD">
              <w:rPr>
                <w:sz w:val="24"/>
                <w:szCs w:val="24"/>
              </w:rPr>
              <w:t>Is there a clear process for requesting an alternative or accommodation?</w:t>
            </w:r>
          </w:p>
        </w:tc>
        <w:tc>
          <w:tcPr>
            <w:tcW w:w="5508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126BFA78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i/>
                <w:color w:val="9AA4B2"/>
                <w:sz w:val="24"/>
                <w:szCs w:val="24"/>
              </w:rPr>
              <w:t>Type response here...</w:t>
            </w:r>
          </w:p>
          <w:p w14:paraId="53747874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 xml:space="preserve">Policy / section / evidence: </w:t>
            </w:r>
            <w:r w:rsidRPr="008341BD">
              <w:rPr>
                <w:color w:val="8995A3"/>
                <w:sz w:val="24"/>
                <w:szCs w:val="24"/>
              </w:rPr>
              <w:t>________________________________</w:t>
            </w:r>
          </w:p>
        </w:tc>
      </w:tr>
      <w:tr w:rsidR="00D957F4" w:rsidRPr="008341BD" w14:paraId="754F7C4C" w14:textId="77777777" w:rsidTr="00F740F7">
        <w:trPr>
          <w:jc w:val="center"/>
        </w:trPr>
        <w:tc>
          <w:tcPr>
            <w:tcW w:w="5184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7C649C94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C9902E"/>
                <w:sz w:val="24"/>
                <w:szCs w:val="24"/>
              </w:rPr>
              <w:t xml:space="preserve">6. </w:t>
            </w:r>
            <w:r w:rsidRPr="008341BD">
              <w:rPr>
                <w:sz w:val="24"/>
                <w:szCs w:val="24"/>
              </w:rPr>
              <w:t>Does institutional guidance tell faculty what to do before requiring a third-party AI platform?</w:t>
            </w:r>
          </w:p>
        </w:tc>
        <w:tc>
          <w:tcPr>
            <w:tcW w:w="5508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85" w:type="dxa"/>
              <w:left w:w="95" w:type="dxa"/>
              <w:bottom w:w="85" w:type="dxa"/>
              <w:right w:w="95" w:type="dxa"/>
            </w:tcMar>
            <w:vAlign w:val="center"/>
          </w:tcPr>
          <w:p w14:paraId="3AD7C9A2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i/>
                <w:color w:val="9AA4B2"/>
                <w:sz w:val="24"/>
                <w:szCs w:val="24"/>
              </w:rPr>
              <w:t>Type response here...</w:t>
            </w:r>
          </w:p>
          <w:p w14:paraId="035F2D0A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 xml:space="preserve">Policy / section / evidence: </w:t>
            </w:r>
            <w:r w:rsidRPr="008341BD">
              <w:rPr>
                <w:color w:val="8995A3"/>
                <w:sz w:val="24"/>
                <w:szCs w:val="24"/>
              </w:rPr>
              <w:t>________________________________</w:t>
            </w:r>
          </w:p>
        </w:tc>
      </w:tr>
    </w:tbl>
    <w:p w14:paraId="05605B23" w14:textId="77777777" w:rsidR="00D957F4" w:rsidRDefault="00D957F4" w:rsidP="008341BD">
      <w:pPr>
        <w:spacing w:after="0" w:line="240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64"/>
        <w:gridCol w:w="2664"/>
        <w:gridCol w:w="2664"/>
        <w:gridCol w:w="2664"/>
      </w:tblGrid>
      <w:tr w:rsidR="00D957F4" w14:paraId="7180EDC1" w14:textId="77777777">
        <w:trPr>
          <w:jc w:val="center"/>
        </w:trPr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0B1F3A"/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5C94F400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b/>
                <w:color w:val="FFFFFF"/>
                <w:sz w:val="24"/>
                <w:szCs w:val="24"/>
              </w:rPr>
              <w:t>OVERALL STATUS</w:t>
            </w:r>
          </w:p>
        </w:tc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7F0E2"/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59619D3C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>Clear</w:t>
            </w:r>
          </w:p>
        </w:tc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7F0E2"/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10D9DC98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>Partially Clear</w:t>
            </w:r>
          </w:p>
        </w:tc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7F0E2"/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10F065E0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>Unclear / Conflicting</w:t>
            </w:r>
          </w:p>
        </w:tc>
      </w:tr>
      <w:tr w:rsidR="00D957F4" w14:paraId="0432783B" w14:textId="77777777">
        <w:trPr>
          <w:jc w:val="center"/>
        </w:trPr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E0BD5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sz w:val="24"/>
                <w:szCs w:val="24"/>
              </w:rPr>
              <w:t>Select one</w:t>
            </w:r>
          </w:p>
        </w:tc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88DAFF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sz w:val="24"/>
                <w:szCs w:val="24"/>
              </w:rPr>
              <w:t>☐</w:t>
            </w:r>
          </w:p>
        </w:tc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4642C7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sz w:val="24"/>
                <w:szCs w:val="24"/>
              </w:rPr>
              <w:t>☐</w:t>
            </w:r>
          </w:p>
        </w:tc>
        <w:tc>
          <w:tcPr>
            <w:tcW w:w="266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7C9379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sz w:val="24"/>
                <w:szCs w:val="24"/>
              </w:rPr>
              <w:t>☐</w:t>
            </w:r>
          </w:p>
        </w:tc>
      </w:tr>
    </w:tbl>
    <w:p w14:paraId="5386643F" w14:textId="77777777" w:rsidR="008341BD" w:rsidRDefault="008341BD" w:rsidP="008341BD">
      <w:pPr>
        <w:spacing w:after="0" w:line="240" w:lineRule="auto"/>
        <w:rPr>
          <w:b/>
          <w:color w:val="0B1F3A"/>
          <w:sz w:val="20"/>
          <w:szCs w:val="20"/>
        </w:rPr>
      </w:pPr>
    </w:p>
    <w:p w14:paraId="1F3B18CC" w14:textId="3B2D4A41" w:rsidR="00D957F4" w:rsidRPr="008341BD" w:rsidRDefault="00000000" w:rsidP="008341BD">
      <w:pPr>
        <w:spacing w:after="0" w:line="240" w:lineRule="auto"/>
        <w:jc w:val="center"/>
        <w:rPr>
          <w:sz w:val="20"/>
          <w:szCs w:val="20"/>
        </w:rPr>
      </w:pPr>
      <w:r w:rsidRPr="008341BD">
        <w:rPr>
          <w:b/>
          <w:color w:val="0B1F3A"/>
          <w:sz w:val="20"/>
          <w:szCs w:val="20"/>
        </w:rPr>
        <w:t xml:space="preserve">Action needed: </w:t>
      </w:r>
      <w:r w:rsidRPr="008341BD">
        <w:rPr>
          <w:sz w:val="20"/>
          <w:szCs w:val="20"/>
        </w:rPr>
        <w:t>☐ None   ☐ Clarify guidance   ☐ Revise policy   ☐ Training   ☐ Privacy/IT review   ☐ Accessibility review</w:t>
      </w:r>
    </w:p>
    <w:p w14:paraId="393307C7" w14:textId="77777777" w:rsidR="00D957F4" w:rsidRPr="008341BD" w:rsidRDefault="00000000" w:rsidP="008341BD">
      <w:pPr>
        <w:spacing w:after="0" w:line="240" w:lineRule="auto"/>
        <w:jc w:val="center"/>
        <w:rPr>
          <w:sz w:val="20"/>
          <w:szCs w:val="20"/>
        </w:rPr>
      </w:pPr>
      <w:proofErr w:type="gramStart"/>
      <w:r w:rsidRPr="008341BD">
        <w:rPr>
          <w:sz w:val="20"/>
          <w:szCs w:val="20"/>
        </w:rPr>
        <w:t>Owner: _</w:t>
      </w:r>
      <w:proofErr w:type="gramEnd"/>
      <w:r w:rsidRPr="008341BD">
        <w:rPr>
          <w:sz w:val="20"/>
          <w:szCs w:val="20"/>
        </w:rPr>
        <w:t>_____________________________    Target date: ____________________</w:t>
      </w:r>
    </w:p>
    <w:p w14:paraId="75BE2393" w14:textId="77777777" w:rsidR="00D957F4" w:rsidRPr="008341BD" w:rsidRDefault="00000000" w:rsidP="008341BD">
      <w:pPr>
        <w:spacing w:after="0" w:line="240" w:lineRule="auto"/>
        <w:jc w:val="center"/>
        <w:rPr>
          <w:sz w:val="20"/>
          <w:szCs w:val="20"/>
        </w:rPr>
      </w:pPr>
      <w:r w:rsidRPr="008341BD">
        <w:rPr>
          <w:sz w:val="20"/>
          <w:szCs w:val="20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8"/>
        <w:gridCol w:w="5328"/>
      </w:tblGrid>
      <w:tr w:rsidR="00D957F4" w14:paraId="1A58D60B" w14:textId="77777777">
        <w:trPr>
          <w:jc w:val="center"/>
        </w:trPr>
        <w:tc>
          <w:tcPr>
            <w:tcW w:w="5328" w:type="dxa"/>
            <w:shd w:val="clear" w:color="auto" w:fill="0B1F3A"/>
            <w:tcMar>
              <w:top w:w="110" w:type="dxa"/>
              <w:left w:w="160" w:type="dxa"/>
              <w:bottom w:w="110" w:type="dxa"/>
              <w:right w:w="120" w:type="dxa"/>
            </w:tcMar>
          </w:tcPr>
          <w:p w14:paraId="1A67A6C8" w14:textId="77777777" w:rsidR="00D957F4" w:rsidRDefault="00000000" w:rsidP="008341BD">
            <w:pPr>
              <w:spacing w:after="0" w:line="240" w:lineRule="auto"/>
            </w:pPr>
            <w:r>
              <w:rPr>
                <w:rFonts w:ascii="Aptos Display" w:eastAsia="Aptos Display" w:hAnsi="Aptos Display"/>
                <w:b/>
                <w:color w:val="FFFFFF"/>
                <w:sz w:val="38"/>
              </w:rPr>
              <w:lastRenderedPageBreak/>
              <w:t>STRESS-TEST SUMMARY</w:t>
            </w:r>
          </w:p>
          <w:p w14:paraId="1575FB2F" w14:textId="6D363C16" w:rsidR="00D957F4" w:rsidRPr="008341BD" w:rsidRDefault="00000000" w:rsidP="008341BD">
            <w:pPr>
              <w:spacing w:after="0" w:line="240" w:lineRule="auto"/>
              <w:rPr>
                <w:i/>
                <w:iCs/>
              </w:rPr>
            </w:pPr>
            <w:r w:rsidRPr="008341BD">
              <w:rPr>
                <w:i/>
                <w:iCs/>
                <w:color w:val="E8EDF5"/>
              </w:rPr>
              <w:t>Turn eight scenarios into an institutional improvement agenda</w:t>
            </w:r>
            <w:r w:rsidR="008341BD" w:rsidRPr="008341BD">
              <w:rPr>
                <w:i/>
                <w:iCs/>
                <w:color w:val="E8EDF5"/>
              </w:rPr>
              <w:t>.</w:t>
            </w:r>
          </w:p>
        </w:tc>
        <w:tc>
          <w:tcPr>
            <w:tcW w:w="5328" w:type="dxa"/>
            <w:shd w:val="clear" w:color="auto" w:fill="0B1F3A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6A31FA36" w14:textId="59ACA666" w:rsidR="00D957F4" w:rsidRDefault="008341BD" w:rsidP="008341BD"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4F787E75" wp14:editId="5C981B74">
                  <wp:extent cx="1085850" cy="1085850"/>
                  <wp:effectExtent l="0" t="0" r="0" b="0"/>
                  <wp:docPr id="133216405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8719695" name="Picture 55871969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18111A" w14:textId="77777777" w:rsidR="00D957F4" w:rsidRDefault="00D957F4" w:rsidP="008341BD">
      <w:pPr>
        <w:spacing w:after="0" w:line="240" w:lineRule="auto"/>
      </w:pPr>
    </w:p>
    <w:p w14:paraId="7F54F99E" w14:textId="77777777" w:rsidR="00D957F4" w:rsidRDefault="00000000" w:rsidP="008341BD">
      <w:pPr>
        <w:keepNext/>
        <w:pBdr>
          <w:bottom w:val="single" w:sz="6" w:space="5" w:color="C9902E"/>
        </w:pBdr>
        <w:spacing w:after="0" w:line="240" w:lineRule="auto"/>
      </w:pPr>
      <w:r>
        <w:rPr>
          <w:rFonts w:ascii="Aptos Display" w:eastAsia="Aptos Display" w:hAnsi="Aptos Display"/>
          <w:b/>
          <w:color w:val="0B1F3A"/>
          <w:sz w:val="28"/>
        </w:rPr>
        <w:t>1. Scenario Results</w:t>
      </w:r>
    </w:p>
    <w:tbl>
      <w:tblPr>
        <w:tblW w:w="4946" w:type="pct"/>
        <w:jc w:val="center"/>
        <w:tblLook w:val="04A0" w:firstRow="1" w:lastRow="0" w:firstColumn="1" w:lastColumn="0" w:noHBand="0" w:noVBand="1"/>
      </w:tblPr>
      <w:tblGrid>
        <w:gridCol w:w="562"/>
        <w:gridCol w:w="5315"/>
        <w:gridCol w:w="1648"/>
        <w:gridCol w:w="1646"/>
        <w:gridCol w:w="1528"/>
      </w:tblGrid>
      <w:tr w:rsidR="00D957F4" w:rsidRPr="008341BD" w14:paraId="20C05713" w14:textId="77777777" w:rsidTr="008341BD">
        <w:trPr>
          <w:jc w:val="center"/>
        </w:trPr>
        <w:tc>
          <w:tcPr>
            <w:tcW w:w="263" w:type="pct"/>
            <w:shd w:val="clear" w:color="auto" w:fill="0B1F3A"/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79F9272B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b/>
                <w:color w:val="FFFFFF"/>
                <w:sz w:val="24"/>
                <w:szCs w:val="24"/>
              </w:rPr>
              <w:t>#</w:t>
            </w:r>
          </w:p>
        </w:tc>
        <w:tc>
          <w:tcPr>
            <w:tcW w:w="2484" w:type="pct"/>
            <w:shd w:val="clear" w:color="auto" w:fill="0B1F3A"/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666097BA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b/>
                <w:color w:val="FFFFFF"/>
                <w:sz w:val="24"/>
                <w:szCs w:val="24"/>
              </w:rPr>
              <w:t>Scenario</w:t>
            </w:r>
          </w:p>
        </w:tc>
        <w:tc>
          <w:tcPr>
            <w:tcW w:w="770" w:type="pct"/>
            <w:shd w:val="clear" w:color="auto" w:fill="0B1F3A"/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22A9A532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b/>
                <w:color w:val="FFFFFF"/>
                <w:sz w:val="24"/>
                <w:szCs w:val="24"/>
              </w:rPr>
              <w:t>Clear</w:t>
            </w:r>
          </w:p>
        </w:tc>
        <w:tc>
          <w:tcPr>
            <w:tcW w:w="769" w:type="pct"/>
            <w:shd w:val="clear" w:color="auto" w:fill="0B1F3A"/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613334D8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b/>
                <w:color w:val="FFFFFF"/>
                <w:sz w:val="24"/>
                <w:szCs w:val="24"/>
              </w:rPr>
              <w:t>Partial</w:t>
            </w:r>
          </w:p>
        </w:tc>
        <w:tc>
          <w:tcPr>
            <w:tcW w:w="714" w:type="pct"/>
            <w:shd w:val="clear" w:color="auto" w:fill="0B1F3A"/>
            <w:tcMar>
              <w:top w:w="75" w:type="dxa"/>
              <w:left w:w="80" w:type="dxa"/>
              <w:bottom w:w="75" w:type="dxa"/>
              <w:right w:w="80" w:type="dxa"/>
            </w:tcMar>
          </w:tcPr>
          <w:p w14:paraId="047F3FD4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b/>
                <w:color w:val="FFFFFF"/>
                <w:sz w:val="24"/>
                <w:szCs w:val="24"/>
              </w:rPr>
              <w:t>Unclear / Conflict</w:t>
            </w:r>
          </w:p>
        </w:tc>
      </w:tr>
      <w:tr w:rsidR="00D957F4" w:rsidRPr="008341BD" w14:paraId="3BA00E70" w14:textId="77777777" w:rsidTr="008341BD">
        <w:trPr>
          <w:jc w:val="center"/>
        </w:trPr>
        <w:tc>
          <w:tcPr>
            <w:tcW w:w="263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DD92A14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C9902E"/>
                <w:sz w:val="24"/>
                <w:szCs w:val="24"/>
              </w:rPr>
              <w:t>1</w:t>
            </w:r>
          </w:p>
        </w:tc>
        <w:tc>
          <w:tcPr>
            <w:tcW w:w="2484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F300141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sz w:val="24"/>
                <w:szCs w:val="24"/>
              </w:rPr>
              <w:t>Tool-Specific Rules vs. Function-Based Expectations</w:t>
            </w:r>
          </w:p>
        </w:tc>
        <w:tc>
          <w:tcPr>
            <w:tcW w:w="770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FACF919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color w:val="0B1F3A"/>
                <w:sz w:val="24"/>
                <w:szCs w:val="24"/>
              </w:rPr>
              <w:t>☐</w:t>
            </w:r>
          </w:p>
        </w:tc>
        <w:tc>
          <w:tcPr>
            <w:tcW w:w="769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9DD0FCC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color w:val="0B1F3A"/>
                <w:sz w:val="24"/>
                <w:szCs w:val="24"/>
              </w:rPr>
              <w:t>☐</w:t>
            </w:r>
          </w:p>
        </w:tc>
        <w:tc>
          <w:tcPr>
            <w:tcW w:w="714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0B3C52C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color w:val="0B1F3A"/>
                <w:sz w:val="24"/>
                <w:szCs w:val="24"/>
              </w:rPr>
              <w:t>☐</w:t>
            </w:r>
          </w:p>
        </w:tc>
      </w:tr>
      <w:tr w:rsidR="00D957F4" w:rsidRPr="008341BD" w14:paraId="32BA9C9B" w14:textId="77777777" w:rsidTr="008341BD">
        <w:trPr>
          <w:jc w:val="center"/>
        </w:trPr>
        <w:tc>
          <w:tcPr>
            <w:tcW w:w="263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656B66F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C9902E"/>
                <w:sz w:val="24"/>
                <w:szCs w:val="24"/>
              </w:rPr>
              <w:t>2</w:t>
            </w:r>
          </w:p>
        </w:tc>
        <w:tc>
          <w:tcPr>
            <w:tcW w:w="2484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7A16856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sz w:val="24"/>
                <w:szCs w:val="24"/>
              </w:rPr>
              <w:t>AI Summarization and the Learning Objective</w:t>
            </w:r>
          </w:p>
        </w:tc>
        <w:tc>
          <w:tcPr>
            <w:tcW w:w="770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62C84EF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color w:val="0B1F3A"/>
                <w:sz w:val="24"/>
                <w:szCs w:val="24"/>
              </w:rPr>
              <w:t>☐</w:t>
            </w:r>
          </w:p>
        </w:tc>
        <w:tc>
          <w:tcPr>
            <w:tcW w:w="769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4F4888F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color w:val="0B1F3A"/>
                <w:sz w:val="24"/>
                <w:szCs w:val="24"/>
              </w:rPr>
              <w:t>☐</w:t>
            </w:r>
          </w:p>
        </w:tc>
        <w:tc>
          <w:tcPr>
            <w:tcW w:w="714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427B794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color w:val="0B1F3A"/>
                <w:sz w:val="24"/>
                <w:szCs w:val="24"/>
              </w:rPr>
              <w:t>☐</w:t>
            </w:r>
          </w:p>
        </w:tc>
      </w:tr>
      <w:tr w:rsidR="00D957F4" w:rsidRPr="008341BD" w14:paraId="6E9BB4CA" w14:textId="77777777" w:rsidTr="008341BD">
        <w:trPr>
          <w:jc w:val="center"/>
        </w:trPr>
        <w:tc>
          <w:tcPr>
            <w:tcW w:w="263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C16B941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C9902E"/>
                <w:sz w:val="24"/>
                <w:szCs w:val="24"/>
              </w:rPr>
              <w:t>3</w:t>
            </w:r>
          </w:p>
        </w:tc>
        <w:tc>
          <w:tcPr>
            <w:tcW w:w="2484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ECDCF60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sz w:val="24"/>
                <w:szCs w:val="24"/>
              </w:rPr>
              <w:t>Uploading Instructor Feedback into an AI System</w:t>
            </w:r>
          </w:p>
        </w:tc>
        <w:tc>
          <w:tcPr>
            <w:tcW w:w="770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8996AC5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color w:val="0B1F3A"/>
                <w:sz w:val="24"/>
                <w:szCs w:val="24"/>
              </w:rPr>
              <w:t>☐</w:t>
            </w:r>
          </w:p>
        </w:tc>
        <w:tc>
          <w:tcPr>
            <w:tcW w:w="769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0A1D9B0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color w:val="0B1F3A"/>
                <w:sz w:val="24"/>
                <w:szCs w:val="24"/>
              </w:rPr>
              <w:t>☐</w:t>
            </w:r>
          </w:p>
        </w:tc>
        <w:tc>
          <w:tcPr>
            <w:tcW w:w="714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C2911C7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color w:val="0B1F3A"/>
                <w:sz w:val="24"/>
                <w:szCs w:val="24"/>
              </w:rPr>
              <w:t>☐</w:t>
            </w:r>
          </w:p>
        </w:tc>
      </w:tr>
      <w:tr w:rsidR="00D957F4" w:rsidRPr="008341BD" w14:paraId="5871A906" w14:textId="77777777" w:rsidTr="008341BD">
        <w:trPr>
          <w:jc w:val="center"/>
        </w:trPr>
        <w:tc>
          <w:tcPr>
            <w:tcW w:w="263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6739DBF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C9902E"/>
                <w:sz w:val="24"/>
                <w:szCs w:val="24"/>
              </w:rPr>
              <w:t>4</w:t>
            </w:r>
          </w:p>
        </w:tc>
        <w:tc>
          <w:tcPr>
            <w:tcW w:w="2484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C7785AB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sz w:val="24"/>
                <w:szCs w:val="24"/>
              </w:rPr>
              <w:t>The Fabricated Citation</w:t>
            </w:r>
          </w:p>
        </w:tc>
        <w:tc>
          <w:tcPr>
            <w:tcW w:w="770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04FF6CC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color w:val="0B1F3A"/>
                <w:sz w:val="24"/>
                <w:szCs w:val="24"/>
              </w:rPr>
              <w:t>☐</w:t>
            </w:r>
          </w:p>
        </w:tc>
        <w:tc>
          <w:tcPr>
            <w:tcW w:w="769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6BBA562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color w:val="0B1F3A"/>
                <w:sz w:val="24"/>
                <w:szCs w:val="24"/>
              </w:rPr>
              <w:t>☐</w:t>
            </w:r>
          </w:p>
        </w:tc>
        <w:tc>
          <w:tcPr>
            <w:tcW w:w="714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7C4800F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color w:val="0B1F3A"/>
                <w:sz w:val="24"/>
                <w:szCs w:val="24"/>
              </w:rPr>
              <w:t>☐</w:t>
            </w:r>
          </w:p>
        </w:tc>
      </w:tr>
      <w:tr w:rsidR="00D957F4" w:rsidRPr="008341BD" w14:paraId="0A7B94B1" w14:textId="77777777" w:rsidTr="008341BD">
        <w:trPr>
          <w:jc w:val="center"/>
        </w:trPr>
        <w:tc>
          <w:tcPr>
            <w:tcW w:w="263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B6E2266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C9902E"/>
                <w:sz w:val="24"/>
                <w:szCs w:val="24"/>
              </w:rPr>
              <w:t>5</w:t>
            </w:r>
          </w:p>
        </w:tc>
        <w:tc>
          <w:tcPr>
            <w:tcW w:w="2484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B2A6703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sz w:val="24"/>
                <w:szCs w:val="24"/>
              </w:rPr>
              <w:t>Premium AI and Unequal Capability</w:t>
            </w:r>
          </w:p>
        </w:tc>
        <w:tc>
          <w:tcPr>
            <w:tcW w:w="770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4BED4A0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color w:val="0B1F3A"/>
                <w:sz w:val="24"/>
                <w:szCs w:val="24"/>
              </w:rPr>
              <w:t>☐</w:t>
            </w:r>
          </w:p>
        </w:tc>
        <w:tc>
          <w:tcPr>
            <w:tcW w:w="769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7EFE5C0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color w:val="0B1F3A"/>
                <w:sz w:val="24"/>
                <w:szCs w:val="24"/>
              </w:rPr>
              <w:t>☐</w:t>
            </w:r>
          </w:p>
        </w:tc>
        <w:tc>
          <w:tcPr>
            <w:tcW w:w="714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94DD89C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color w:val="0B1F3A"/>
                <w:sz w:val="24"/>
                <w:szCs w:val="24"/>
              </w:rPr>
              <w:t>☐</w:t>
            </w:r>
          </w:p>
        </w:tc>
      </w:tr>
      <w:tr w:rsidR="00D957F4" w:rsidRPr="008341BD" w14:paraId="7ABE2990" w14:textId="77777777" w:rsidTr="008341BD">
        <w:trPr>
          <w:jc w:val="center"/>
        </w:trPr>
        <w:tc>
          <w:tcPr>
            <w:tcW w:w="263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20410BC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C9902E"/>
                <w:sz w:val="24"/>
                <w:szCs w:val="24"/>
              </w:rPr>
              <w:t>6</w:t>
            </w:r>
          </w:p>
        </w:tc>
        <w:tc>
          <w:tcPr>
            <w:tcW w:w="2484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102CC3F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sz w:val="24"/>
                <w:szCs w:val="24"/>
              </w:rPr>
              <w:t>Instructor Use of AI to Evaluate Student Writing</w:t>
            </w:r>
          </w:p>
        </w:tc>
        <w:tc>
          <w:tcPr>
            <w:tcW w:w="770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3625F75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color w:val="0B1F3A"/>
                <w:sz w:val="24"/>
                <w:szCs w:val="24"/>
              </w:rPr>
              <w:t>☐</w:t>
            </w:r>
          </w:p>
        </w:tc>
        <w:tc>
          <w:tcPr>
            <w:tcW w:w="769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FF4EBC8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color w:val="0B1F3A"/>
                <w:sz w:val="24"/>
                <w:szCs w:val="24"/>
              </w:rPr>
              <w:t>☐</w:t>
            </w:r>
          </w:p>
        </w:tc>
        <w:tc>
          <w:tcPr>
            <w:tcW w:w="714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2066784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color w:val="0B1F3A"/>
                <w:sz w:val="24"/>
                <w:szCs w:val="24"/>
              </w:rPr>
              <w:t>☐</w:t>
            </w:r>
          </w:p>
        </w:tc>
      </w:tr>
      <w:tr w:rsidR="00D957F4" w:rsidRPr="008341BD" w14:paraId="5BF847C0" w14:textId="77777777" w:rsidTr="008341BD">
        <w:trPr>
          <w:jc w:val="center"/>
        </w:trPr>
        <w:tc>
          <w:tcPr>
            <w:tcW w:w="263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C4D67D4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C9902E"/>
                <w:sz w:val="24"/>
                <w:szCs w:val="24"/>
              </w:rPr>
              <w:t>7</w:t>
            </w:r>
          </w:p>
        </w:tc>
        <w:tc>
          <w:tcPr>
            <w:tcW w:w="2484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0952D38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sz w:val="24"/>
                <w:szCs w:val="24"/>
              </w:rPr>
              <w:t>AI Detection as Evidence of Misconduct</w:t>
            </w:r>
          </w:p>
        </w:tc>
        <w:tc>
          <w:tcPr>
            <w:tcW w:w="770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5F4AB44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color w:val="0B1F3A"/>
                <w:sz w:val="24"/>
                <w:szCs w:val="24"/>
              </w:rPr>
              <w:t>☐</w:t>
            </w:r>
          </w:p>
        </w:tc>
        <w:tc>
          <w:tcPr>
            <w:tcW w:w="769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65B152A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color w:val="0B1F3A"/>
                <w:sz w:val="24"/>
                <w:szCs w:val="24"/>
              </w:rPr>
              <w:t>☐</w:t>
            </w:r>
          </w:p>
        </w:tc>
        <w:tc>
          <w:tcPr>
            <w:tcW w:w="714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F47AE58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color w:val="0B1F3A"/>
                <w:sz w:val="24"/>
                <w:szCs w:val="24"/>
              </w:rPr>
              <w:t>☐</w:t>
            </w:r>
          </w:p>
        </w:tc>
      </w:tr>
      <w:tr w:rsidR="00D957F4" w:rsidRPr="008341BD" w14:paraId="6C0C03D5" w14:textId="77777777" w:rsidTr="008341BD">
        <w:trPr>
          <w:jc w:val="center"/>
        </w:trPr>
        <w:tc>
          <w:tcPr>
            <w:tcW w:w="263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EE56C29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C9902E"/>
                <w:sz w:val="24"/>
                <w:szCs w:val="24"/>
              </w:rPr>
              <w:t>8</w:t>
            </w:r>
          </w:p>
        </w:tc>
        <w:tc>
          <w:tcPr>
            <w:tcW w:w="2484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27351D0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sz w:val="24"/>
                <w:szCs w:val="24"/>
              </w:rPr>
              <w:t>Required AI Tool Creates an Accessibility or Privacy Barrier</w:t>
            </w:r>
          </w:p>
        </w:tc>
        <w:tc>
          <w:tcPr>
            <w:tcW w:w="770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D166823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color w:val="0B1F3A"/>
                <w:sz w:val="24"/>
                <w:szCs w:val="24"/>
              </w:rPr>
              <w:t>☐</w:t>
            </w:r>
          </w:p>
        </w:tc>
        <w:tc>
          <w:tcPr>
            <w:tcW w:w="769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FA5DCCF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color w:val="0B1F3A"/>
                <w:sz w:val="24"/>
                <w:szCs w:val="24"/>
              </w:rPr>
              <w:t>☐</w:t>
            </w:r>
          </w:p>
        </w:tc>
        <w:tc>
          <w:tcPr>
            <w:tcW w:w="714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914BFBA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color w:val="0B1F3A"/>
                <w:sz w:val="24"/>
                <w:szCs w:val="24"/>
              </w:rPr>
              <w:t>☐</w:t>
            </w:r>
          </w:p>
        </w:tc>
      </w:tr>
    </w:tbl>
    <w:p w14:paraId="0A9D053E" w14:textId="77777777" w:rsidR="008341BD" w:rsidRDefault="008341BD" w:rsidP="008341BD">
      <w:pPr>
        <w:keepNext/>
        <w:pBdr>
          <w:bottom w:val="single" w:sz="6" w:space="5" w:color="C9902E"/>
        </w:pBdr>
        <w:spacing w:after="0" w:line="240" w:lineRule="auto"/>
        <w:rPr>
          <w:rFonts w:ascii="Aptos Display" w:eastAsia="Aptos Display" w:hAnsi="Aptos Display"/>
          <w:b/>
          <w:color w:val="0B1F3A"/>
          <w:sz w:val="28"/>
        </w:rPr>
      </w:pPr>
    </w:p>
    <w:p w14:paraId="23FBE43D" w14:textId="508B49DA" w:rsidR="00D957F4" w:rsidRDefault="00000000" w:rsidP="008341BD">
      <w:pPr>
        <w:keepNext/>
        <w:pBdr>
          <w:bottom w:val="single" w:sz="6" w:space="5" w:color="C9902E"/>
        </w:pBdr>
        <w:spacing w:after="0" w:line="240" w:lineRule="auto"/>
      </w:pPr>
      <w:r>
        <w:rPr>
          <w:rFonts w:ascii="Aptos Display" w:eastAsia="Aptos Display" w:hAnsi="Aptos Display"/>
          <w:b/>
          <w:color w:val="0B1F3A"/>
          <w:sz w:val="28"/>
        </w:rPr>
        <w:t>2. What the Pattern Is Telling You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8"/>
        <w:gridCol w:w="5328"/>
      </w:tblGrid>
      <w:tr w:rsidR="00D957F4" w:rsidRPr="008341BD" w14:paraId="2DBEA22C" w14:textId="77777777">
        <w:trPr>
          <w:jc w:val="center"/>
        </w:trPr>
        <w:tc>
          <w:tcPr>
            <w:tcW w:w="5328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7F0E2"/>
            <w:tcMar>
              <w:top w:w="85" w:type="dxa"/>
              <w:left w:w="95" w:type="dxa"/>
              <w:bottom w:w="85" w:type="dxa"/>
              <w:right w:w="95" w:type="dxa"/>
            </w:tcMar>
          </w:tcPr>
          <w:p w14:paraId="116FB455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>Mostly Clear</w:t>
            </w:r>
          </w:p>
        </w:tc>
        <w:tc>
          <w:tcPr>
            <w:tcW w:w="5328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85" w:type="dxa"/>
              <w:left w:w="95" w:type="dxa"/>
              <w:bottom w:w="85" w:type="dxa"/>
              <w:right w:w="95" w:type="dxa"/>
            </w:tcMar>
          </w:tcPr>
          <w:p w14:paraId="0565CEE4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sz w:val="24"/>
                <w:szCs w:val="24"/>
              </w:rPr>
              <w:t>Your framework is operationally strong across these scenarios. Continue testing it against new technologies, student experiences, and actual cases.</w:t>
            </w:r>
          </w:p>
        </w:tc>
      </w:tr>
      <w:tr w:rsidR="00D957F4" w:rsidRPr="008341BD" w14:paraId="5DE9E00D" w14:textId="77777777">
        <w:trPr>
          <w:jc w:val="center"/>
        </w:trPr>
        <w:tc>
          <w:tcPr>
            <w:tcW w:w="5328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7F0E2"/>
            <w:tcMar>
              <w:top w:w="85" w:type="dxa"/>
              <w:left w:w="95" w:type="dxa"/>
              <w:bottom w:w="85" w:type="dxa"/>
              <w:right w:w="95" w:type="dxa"/>
            </w:tcMar>
          </w:tcPr>
          <w:p w14:paraId="0560454F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>Mixed</w:t>
            </w:r>
          </w:p>
        </w:tc>
        <w:tc>
          <w:tcPr>
            <w:tcW w:w="5328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85" w:type="dxa"/>
              <w:left w:w="95" w:type="dxa"/>
              <w:bottom w:w="85" w:type="dxa"/>
              <w:right w:w="95" w:type="dxa"/>
            </w:tcMar>
          </w:tcPr>
          <w:p w14:paraId="594F9A93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sz w:val="24"/>
                <w:szCs w:val="24"/>
              </w:rPr>
              <w:t>Your institution has a functioning framework, but important gaps remain in communication, consistency, authority, or implementation.</w:t>
            </w:r>
          </w:p>
        </w:tc>
      </w:tr>
      <w:tr w:rsidR="00D957F4" w:rsidRPr="008341BD" w14:paraId="10DA5E7D" w14:textId="77777777">
        <w:trPr>
          <w:jc w:val="center"/>
        </w:trPr>
        <w:tc>
          <w:tcPr>
            <w:tcW w:w="5328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7F0E2"/>
            <w:tcMar>
              <w:top w:w="85" w:type="dxa"/>
              <w:left w:w="95" w:type="dxa"/>
              <w:bottom w:w="85" w:type="dxa"/>
              <w:right w:w="95" w:type="dxa"/>
            </w:tcMar>
          </w:tcPr>
          <w:p w14:paraId="70454D14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>Mostly Partial / Unclear</w:t>
            </w:r>
          </w:p>
        </w:tc>
        <w:tc>
          <w:tcPr>
            <w:tcW w:w="5328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85" w:type="dxa"/>
              <w:left w:w="95" w:type="dxa"/>
              <w:bottom w:w="85" w:type="dxa"/>
              <w:right w:w="95" w:type="dxa"/>
            </w:tcMar>
          </w:tcPr>
          <w:p w14:paraId="2DAAE9DC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sz w:val="24"/>
                <w:szCs w:val="24"/>
              </w:rPr>
              <w:t>Your institution may have policy on paper without a sufficiently operational framework for real-world decisions.</w:t>
            </w:r>
          </w:p>
        </w:tc>
      </w:tr>
      <w:tr w:rsidR="00D957F4" w:rsidRPr="008341BD" w14:paraId="315D63B7" w14:textId="77777777">
        <w:trPr>
          <w:jc w:val="center"/>
        </w:trPr>
        <w:tc>
          <w:tcPr>
            <w:tcW w:w="5328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7F0E2"/>
            <w:tcMar>
              <w:top w:w="85" w:type="dxa"/>
              <w:left w:w="95" w:type="dxa"/>
              <w:bottom w:w="85" w:type="dxa"/>
              <w:right w:w="95" w:type="dxa"/>
            </w:tcMar>
          </w:tcPr>
          <w:p w14:paraId="2467926A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b/>
                <w:color w:val="0B1F3A"/>
                <w:sz w:val="24"/>
                <w:szCs w:val="24"/>
              </w:rPr>
              <w:t>Conflicting Answers</w:t>
            </w:r>
          </w:p>
        </w:tc>
        <w:tc>
          <w:tcPr>
            <w:tcW w:w="5328" w:type="dxa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85" w:type="dxa"/>
              <w:left w:w="95" w:type="dxa"/>
              <w:bottom w:w="85" w:type="dxa"/>
              <w:right w:w="95" w:type="dxa"/>
            </w:tcMar>
          </w:tcPr>
          <w:p w14:paraId="3468BE68" w14:textId="77777777" w:rsidR="00D957F4" w:rsidRPr="008341BD" w:rsidRDefault="00000000" w:rsidP="008341BD">
            <w:pPr>
              <w:spacing w:after="0" w:line="240" w:lineRule="auto"/>
              <w:rPr>
                <w:sz w:val="24"/>
                <w:szCs w:val="24"/>
              </w:rPr>
            </w:pPr>
            <w:r w:rsidRPr="008341BD">
              <w:rPr>
                <w:sz w:val="24"/>
                <w:szCs w:val="24"/>
              </w:rPr>
              <w:t>Conflicts among policy, faculty discretion, technology practice, privacy requirements, or student expectations should be prioritized because ambiguity increases institutional risk and student confusion.</w:t>
            </w:r>
          </w:p>
        </w:tc>
      </w:tr>
    </w:tbl>
    <w:p w14:paraId="66C72557" w14:textId="77777777" w:rsidR="00D957F4" w:rsidRDefault="00000000" w:rsidP="008341BD">
      <w:pPr>
        <w:spacing w:after="0" w:line="240" w:lineRule="auto"/>
      </w:pPr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8"/>
        <w:gridCol w:w="5328"/>
      </w:tblGrid>
      <w:tr w:rsidR="00D957F4" w14:paraId="6CDC3210" w14:textId="77777777">
        <w:trPr>
          <w:jc w:val="center"/>
        </w:trPr>
        <w:tc>
          <w:tcPr>
            <w:tcW w:w="5328" w:type="dxa"/>
            <w:shd w:val="clear" w:color="auto" w:fill="0B1F3A"/>
            <w:tcMar>
              <w:top w:w="110" w:type="dxa"/>
              <w:left w:w="160" w:type="dxa"/>
              <w:bottom w:w="110" w:type="dxa"/>
              <w:right w:w="120" w:type="dxa"/>
            </w:tcMar>
          </w:tcPr>
          <w:p w14:paraId="00F06DD9" w14:textId="77777777" w:rsidR="00D957F4" w:rsidRDefault="00000000" w:rsidP="008341BD">
            <w:pPr>
              <w:spacing w:after="0" w:line="240" w:lineRule="auto"/>
            </w:pPr>
            <w:r>
              <w:rPr>
                <w:rFonts w:ascii="Aptos Display" w:eastAsia="Aptos Display" w:hAnsi="Aptos Display"/>
                <w:b/>
                <w:color w:val="FFFFFF"/>
                <w:sz w:val="38"/>
              </w:rPr>
              <w:lastRenderedPageBreak/>
              <w:t>FROM DIAGNOSIS TO ACTION</w:t>
            </w:r>
          </w:p>
          <w:p w14:paraId="22B2DF3F" w14:textId="4E1F6BDC" w:rsidR="00D957F4" w:rsidRDefault="00000000" w:rsidP="008341BD">
            <w:pPr>
              <w:spacing w:after="0" w:line="240" w:lineRule="auto"/>
            </w:pPr>
            <w:r>
              <w:rPr>
                <w:color w:val="E8EDF5"/>
              </w:rPr>
              <w:t>Close the exercise by identifying what must change next</w:t>
            </w:r>
            <w:r w:rsidR="008341BD">
              <w:rPr>
                <w:color w:val="E8EDF5"/>
              </w:rPr>
              <w:t>.</w:t>
            </w:r>
          </w:p>
        </w:tc>
        <w:tc>
          <w:tcPr>
            <w:tcW w:w="5328" w:type="dxa"/>
            <w:shd w:val="clear" w:color="auto" w:fill="0B1F3A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432B3D51" w14:textId="737CE34C" w:rsidR="00D957F4" w:rsidRDefault="008341BD" w:rsidP="008341BD"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1928E1C8" wp14:editId="506A8335">
                  <wp:extent cx="1085850" cy="1085850"/>
                  <wp:effectExtent l="0" t="0" r="0" b="0"/>
                  <wp:docPr id="3195136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8719695" name="Picture 55871969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798C0B" w14:textId="77777777" w:rsidR="00D957F4" w:rsidRDefault="00D957F4" w:rsidP="008341BD">
      <w:pPr>
        <w:spacing w:after="0" w:line="240" w:lineRule="auto"/>
      </w:pPr>
    </w:p>
    <w:p w14:paraId="0FFE6222" w14:textId="77777777" w:rsidR="00D957F4" w:rsidRDefault="00000000" w:rsidP="008341BD">
      <w:pPr>
        <w:keepNext/>
        <w:pBdr>
          <w:bottom w:val="single" w:sz="6" w:space="5" w:color="C9902E"/>
        </w:pBdr>
        <w:spacing w:after="0" w:line="240" w:lineRule="auto"/>
      </w:pPr>
      <w:r>
        <w:rPr>
          <w:rFonts w:ascii="Aptos Display" w:eastAsia="Aptos Display" w:hAnsi="Aptos Display"/>
          <w:b/>
          <w:color w:val="0B1F3A"/>
          <w:sz w:val="28"/>
        </w:rPr>
        <w:t>3. Five Questions Before You Close the Exercise</w:t>
      </w:r>
    </w:p>
    <w:p w14:paraId="2D07678D" w14:textId="77777777" w:rsidR="00D957F4" w:rsidRPr="008341BD" w:rsidRDefault="00000000" w:rsidP="008341BD">
      <w:pPr>
        <w:spacing w:after="0" w:line="240" w:lineRule="auto"/>
        <w:rPr>
          <w:sz w:val="24"/>
          <w:szCs w:val="24"/>
        </w:rPr>
      </w:pPr>
      <w:r w:rsidRPr="008341BD">
        <w:rPr>
          <w:b/>
          <w:color w:val="C9902E"/>
          <w:sz w:val="24"/>
          <w:szCs w:val="24"/>
        </w:rPr>
        <w:t xml:space="preserve">Q: </w:t>
      </w:r>
      <w:r w:rsidRPr="008341BD">
        <w:rPr>
          <w:b/>
          <w:color w:val="0B1F3A"/>
          <w:sz w:val="24"/>
          <w:szCs w:val="24"/>
        </w:rPr>
        <w:t>Where is our policy silent when practice is already occurring?</w:t>
      </w:r>
    </w:p>
    <w:p w14:paraId="101C64B7" w14:textId="2E7E3104" w:rsidR="00D957F4" w:rsidRPr="008341BD" w:rsidRDefault="00000000" w:rsidP="008341BD">
      <w:pPr>
        <w:spacing w:after="0" w:line="240" w:lineRule="auto"/>
        <w:ind w:left="317"/>
        <w:rPr>
          <w:sz w:val="24"/>
          <w:szCs w:val="24"/>
        </w:rPr>
      </w:pPr>
      <w:r w:rsidRPr="008341BD">
        <w:rPr>
          <w:color w:val="667085"/>
          <w:sz w:val="24"/>
          <w:szCs w:val="24"/>
        </w:rPr>
        <w:t>A: ______________________________________________________________________________________</w:t>
      </w:r>
    </w:p>
    <w:p w14:paraId="2C5087D0" w14:textId="77777777" w:rsidR="00D957F4" w:rsidRPr="008341BD" w:rsidRDefault="00000000" w:rsidP="008341BD">
      <w:pPr>
        <w:spacing w:after="0" w:line="240" w:lineRule="auto"/>
        <w:rPr>
          <w:sz w:val="24"/>
          <w:szCs w:val="24"/>
        </w:rPr>
      </w:pPr>
      <w:r w:rsidRPr="008341BD">
        <w:rPr>
          <w:b/>
          <w:color w:val="C9902E"/>
          <w:sz w:val="24"/>
          <w:szCs w:val="24"/>
        </w:rPr>
        <w:t xml:space="preserve">Q: </w:t>
      </w:r>
      <w:r w:rsidRPr="008341BD">
        <w:rPr>
          <w:b/>
          <w:color w:val="0B1F3A"/>
          <w:sz w:val="24"/>
          <w:szCs w:val="24"/>
        </w:rPr>
        <w:t>Where could two reasonable faculty members reach different conclusions?</w:t>
      </w:r>
    </w:p>
    <w:p w14:paraId="28770D68" w14:textId="3A2B31AF" w:rsidR="00D957F4" w:rsidRPr="008341BD" w:rsidRDefault="00000000" w:rsidP="008341BD">
      <w:pPr>
        <w:spacing w:after="0" w:line="240" w:lineRule="auto"/>
        <w:ind w:left="317"/>
        <w:rPr>
          <w:sz w:val="24"/>
          <w:szCs w:val="24"/>
        </w:rPr>
      </w:pPr>
      <w:r w:rsidRPr="008341BD">
        <w:rPr>
          <w:color w:val="667085"/>
          <w:sz w:val="24"/>
          <w:szCs w:val="24"/>
        </w:rPr>
        <w:t>A: ______________________________________________________________________________________</w:t>
      </w:r>
    </w:p>
    <w:p w14:paraId="7A4A1642" w14:textId="77777777" w:rsidR="00D957F4" w:rsidRPr="008341BD" w:rsidRDefault="00000000" w:rsidP="008341BD">
      <w:pPr>
        <w:spacing w:after="0" w:line="240" w:lineRule="auto"/>
        <w:rPr>
          <w:sz w:val="24"/>
          <w:szCs w:val="24"/>
        </w:rPr>
      </w:pPr>
      <w:r w:rsidRPr="008341BD">
        <w:rPr>
          <w:b/>
          <w:color w:val="C9902E"/>
          <w:sz w:val="24"/>
          <w:szCs w:val="24"/>
        </w:rPr>
        <w:t xml:space="preserve">Q: </w:t>
      </w:r>
      <w:r w:rsidRPr="008341BD">
        <w:rPr>
          <w:b/>
          <w:color w:val="0B1F3A"/>
          <w:sz w:val="24"/>
          <w:szCs w:val="24"/>
        </w:rPr>
        <w:t xml:space="preserve">Where are student privacy, accessibility, equity, or due-process protections </w:t>
      </w:r>
      <w:proofErr w:type="gramStart"/>
      <w:r w:rsidRPr="008341BD">
        <w:rPr>
          <w:b/>
          <w:color w:val="0B1F3A"/>
          <w:sz w:val="24"/>
          <w:szCs w:val="24"/>
        </w:rPr>
        <w:t>underdeveloped</w:t>
      </w:r>
      <w:proofErr w:type="gramEnd"/>
      <w:r w:rsidRPr="008341BD">
        <w:rPr>
          <w:b/>
          <w:color w:val="0B1F3A"/>
          <w:sz w:val="24"/>
          <w:szCs w:val="24"/>
        </w:rPr>
        <w:t>?</w:t>
      </w:r>
    </w:p>
    <w:p w14:paraId="0744ED1F" w14:textId="261DC823" w:rsidR="00D957F4" w:rsidRPr="008341BD" w:rsidRDefault="00000000" w:rsidP="008341BD">
      <w:pPr>
        <w:spacing w:after="0" w:line="240" w:lineRule="auto"/>
        <w:ind w:left="317"/>
        <w:rPr>
          <w:sz w:val="24"/>
          <w:szCs w:val="24"/>
        </w:rPr>
      </w:pPr>
      <w:r w:rsidRPr="008341BD">
        <w:rPr>
          <w:color w:val="667085"/>
          <w:sz w:val="24"/>
          <w:szCs w:val="24"/>
        </w:rPr>
        <w:t>A: ______________________________________________________________________________________</w:t>
      </w:r>
    </w:p>
    <w:p w14:paraId="7A497D93" w14:textId="77777777" w:rsidR="00D957F4" w:rsidRPr="008341BD" w:rsidRDefault="00000000" w:rsidP="008341BD">
      <w:pPr>
        <w:spacing w:after="0" w:line="240" w:lineRule="auto"/>
        <w:rPr>
          <w:sz w:val="24"/>
          <w:szCs w:val="24"/>
        </w:rPr>
      </w:pPr>
      <w:r w:rsidRPr="008341BD">
        <w:rPr>
          <w:b/>
          <w:color w:val="C9902E"/>
          <w:sz w:val="24"/>
          <w:szCs w:val="24"/>
        </w:rPr>
        <w:t xml:space="preserve">Q: </w:t>
      </w:r>
      <w:r w:rsidRPr="008341BD">
        <w:rPr>
          <w:b/>
          <w:color w:val="0B1F3A"/>
          <w:sz w:val="24"/>
          <w:szCs w:val="24"/>
        </w:rPr>
        <w:t>Where is decision authority unclear or dependent on informal relationships?</w:t>
      </w:r>
    </w:p>
    <w:p w14:paraId="70635CE5" w14:textId="5F93BE14" w:rsidR="00D957F4" w:rsidRPr="008341BD" w:rsidRDefault="00000000" w:rsidP="008341BD">
      <w:pPr>
        <w:spacing w:after="0" w:line="240" w:lineRule="auto"/>
        <w:ind w:left="317"/>
        <w:rPr>
          <w:sz w:val="24"/>
          <w:szCs w:val="24"/>
        </w:rPr>
      </w:pPr>
      <w:r w:rsidRPr="008341BD">
        <w:rPr>
          <w:color w:val="667085"/>
          <w:sz w:val="24"/>
          <w:szCs w:val="24"/>
        </w:rPr>
        <w:t>A: ______________________________________________________________________________________</w:t>
      </w:r>
    </w:p>
    <w:p w14:paraId="2EEFBDFF" w14:textId="77777777" w:rsidR="00D957F4" w:rsidRPr="008341BD" w:rsidRDefault="00000000" w:rsidP="008341BD">
      <w:pPr>
        <w:spacing w:after="0" w:line="240" w:lineRule="auto"/>
        <w:rPr>
          <w:sz w:val="24"/>
          <w:szCs w:val="24"/>
        </w:rPr>
      </w:pPr>
      <w:r w:rsidRPr="008341BD">
        <w:rPr>
          <w:b/>
          <w:color w:val="C9902E"/>
          <w:sz w:val="24"/>
          <w:szCs w:val="24"/>
        </w:rPr>
        <w:t xml:space="preserve">Q: </w:t>
      </w:r>
      <w:r w:rsidRPr="008341BD">
        <w:rPr>
          <w:b/>
          <w:color w:val="0B1F3A"/>
          <w:sz w:val="24"/>
          <w:szCs w:val="24"/>
        </w:rPr>
        <w:t>Which one gap, if left unresolved, creates the greatest risk to learning, fairness, or institutional trust?</w:t>
      </w:r>
    </w:p>
    <w:p w14:paraId="3E589C67" w14:textId="785CAA2C" w:rsidR="00D957F4" w:rsidRPr="008341BD" w:rsidRDefault="00000000" w:rsidP="008341BD">
      <w:pPr>
        <w:spacing w:after="0" w:line="240" w:lineRule="auto"/>
        <w:ind w:left="317"/>
        <w:rPr>
          <w:sz w:val="24"/>
          <w:szCs w:val="24"/>
        </w:rPr>
      </w:pPr>
      <w:r w:rsidRPr="008341BD">
        <w:rPr>
          <w:color w:val="667085"/>
          <w:sz w:val="24"/>
          <w:szCs w:val="24"/>
        </w:rPr>
        <w:t>A: ______________________________________________________________________________________</w:t>
      </w:r>
    </w:p>
    <w:p w14:paraId="2F1178A0" w14:textId="77777777" w:rsidR="008341BD" w:rsidRPr="008341BD" w:rsidRDefault="008341BD" w:rsidP="008341BD">
      <w:pPr>
        <w:keepNext/>
        <w:pBdr>
          <w:bottom w:val="single" w:sz="6" w:space="5" w:color="C9902E"/>
        </w:pBdr>
        <w:spacing w:after="0" w:line="240" w:lineRule="auto"/>
        <w:rPr>
          <w:rFonts w:ascii="Aptos Display" w:eastAsia="Aptos Display" w:hAnsi="Aptos Display"/>
          <w:b/>
          <w:color w:val="0B1F3A"/>
          <w:sz w:val="24"/>
          <w:szCs w:val="24"/>
        </w:rPr>
      </w:pPr>
    </w:p>
    <w:p w14:paraId="184DE90C" w14:textId="77777777" w:rsidR="008341BD" w:rsidRDefault="008341BD" w:rsidP="008341BD">
      <w:pPr>
        <w:keepNext/>
        <w:pBdr>
          <w:bottom w:val="single" w:sz="6" w:space="5" w:color="C9902E"/>
        </w:pBdr>
        <w:spacing w:after="0" w:line="240" w:lineRule="auto"/>
        <w:rPr>
          <w:rFonts w:ascii="Aptos Display" w:eastAsia="Aptos Display" w:hAnsi="Aptos Display"/>
          <w:b/>
          <w:color w:val="0B1F3A"/>
          <w:sz w:val="28"/>
        </w:rPr>
      </w:pPr>
    </w:p>
    <w:p w14:paraId="6875012B" w14:textId="15F94EBA" w:rsidR="00D957F4" w:rsidRDefault="00000000" w:rsidP="008341BD">
      <w:pPr>
        <w:keepNext/>
        <w:pBdr>
          <w:bottom w:val="single" w:sz="6" w:space="5" w:color="C9902E"/>
        </w:pBdr>
        <w:spacing w:after="0" w:line="240" w:lineRule="auto"/>
      </w:pPr>
      <w:r>
        <w:rPr>
          <w:rFonts w:ascii="Aptos Display" w:eastAsia="Aptos Display" w:hAnsi="Aptos Display"/>
          <w:b/>
          <w:color w:val="0B1F3A"/>
          <w:sz w:val="28"/>
        </w:rPr>
        <w:t>4. Priority Action Plan</w:t>
      </w:r>
    </w:p>
    <w:tbl>
      <w:tblPr>
        <w:tblW w:w="4951" w:type="pct"/>
        <w:jc w:val="center"/>
        <w:tblLook w:val="04A0" w:firstRow="1" w:lastRow="0" w:firstColumn="1" w:lastColumn="0" w:noHBand="0" w:noVBand="1"/>
      </w:tblPr>
      <w:tblGrid>
        <w:gridCol w:w="2945"/>
        <w:gridCol w:w="2174"/>
        <w:gridCol w:w="1894"/>
        <w:gridCol w:w="1894"/>
        <w:gridCol w:w="1783"/>
      </w:tblGrid>
      <w:tr w:rsidR="00D957F4" w:rsidRPr="008341BD" w14:paraId="49F85E24" w14:textId="77777777" w:rsidTr="00F740F7">
        <w:trPr>
          <w:jc w:val="center"/>
        </w:trPr>
        <w:tc>
          <w:tcPr>
            <w:tcW w:w="1377" w:type="pct"/>
            <w:shd w:val="clear" w:color="auto" w:fill="0B1F3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BBAC215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b/>
                <w:color w:val="FFFFFF"/>
                <w:sz w:val="24"/>
                <w:szCs w:val="24"/>
              </w:rPr>
              <w:t>Priority Gap</w:t>
            </w:r>
          </w:p>
        </w:tc>
        <w:tc>
          <w:tcPr>
            <w:tcW w:w="1017" w:type="pct"/>
            <w:shd w:val="clear" w:color="auto" w:fill="0B1F3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6B49C4E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b/>
                <w:color w:val="FFFFFF"/>
                <w:sz w:val="24"/>
                <w:szCs w:val="24"/>
              </w:rPr>
              <w:t>Action</w:t>
            </w:r>
          </w:p>
        </w:tc>
        <w:tc>
          <w:tcPr>
            <w:tcW w:w="886" w:type="pct"/>
            <w:shd w:val="clear" w:color="auto" w:fill="0B1F3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9DD6622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b/>
                <w:color w:val="FFFFFF"/>
                <w:sz w:val="24"/>
                <w:szCs w:val="24"/>
              </w:rPr>
              <w:t>Owner</w:t>
            </w:r>
          </w:p>
        </w:tc>
        <w:tc>
          <w:tcPr>
            <w:tcW w:w="886" w:type="pct"/>
            <w:shd w:val="clear" w:color="auto" w:fill="0B1F3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DA3DB54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b/>
                <w:color w:val="FFFFFF"/>
                <w:sz w:val="24"/>
                <w:szCs w:val="24"/>
              </w:rPr>
              <w:t>Target Date</w:t>
            </w:r>
          </w:p>
        </w:tc>
        <w:tc>
          <w:tcPr>
            <w:tcW w:w="835" w:type="pct"/>
            <w:shd w:val="clear" w:color="auto" w:fill="0B1F3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221E919" w14:textId="77777777" w:rsidR="00D957F4" w:rsidRPr="008341BD" w:rsidRDefault="00000000" w:rsidP="008341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341BD">
              <w:rPr>
                <w:b/>
                <w:color w:val="FFFFFF"/>
                <w:sz w:val="24"/>
                <w:szCs w:val="24"/>
              </w:rPr>
              <w:t>Evidence of Completion</w:t>
            </w:r>
          </w:p>
        </w:tc>
      </w:tr>
      <w:tr w:rsidR="00D957F4" w:rsidRPr="008341BD" w14:paraId="0FD796B6" w14:textId="77777777" w:rsidTr="00F740F7">
        <w:trPr>
          <w:jc w:val="center"/>
        </w:trPr>
        <w:tc>
          <w:tcPr>
            <w:tcW w:w="1377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100" w:type="dxa"/>
              <w:left w:w="75" w:type="dxa"/>
              <w:bottom w:w="100" w:type="dxa"/>
              <w:right w:w="75" w:type="dxa"/>
            </w:tcMar>
          </w:tcPr>
          <w:p w14:paraId="17AA1EFC" w14:textId="77777777" w:rsidR="00D957F4" w:rsidRDefault="00D957F4" w:rsidP="008341BD">
            <w:pPr>
              <w:spacing w:after="0" w:line="240" w:lineRule="auto"/>
              <w:rPr>
                <w:sz w:val="24"/>
                <w:szCs w:val="24"/>
              </w:rPr>
            </w:pPr>
          </w:p>
          <w:p w14:paraId="584060CC" w14:textId="77777777" w:rsidR="008341BD" w:rsidRPr="008341BD" w:rsidRDefault="008341BD" w:rsidP="008341B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17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100" w:type="dxa"/>
              <w:left w:w="75" w:type="dxa"/>
              <w:bottom w:w="100" w:type="dxa"/>
              <w:right w:w="75" w:type="dxa"/>
            </w:tcMar>
          </w:tcPr>
          <w:p w14:paraId="38CE4428" w14:textId="77777777" w:rsidR="00D957F4" w:rsidRPr="008341BD" w:rsidRDefault="00D957F4" w:rsidP="008341B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6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100" w:type="dxa"/>
              <w:left w:w="75" w:type="dxa"/>
              <w:bottom w:w="100" w:type="dxa"/>
              <w:right w:w="75" w:type="dxa"/>
            </w:tcMar>
          </w:tcPr>
          <w:p w14:paraId="5C198866" w14:textId="77777777" w:rsidR="00D957F4" w:rsidRPr="008341BD" w:rsidRDefault="00D957F4" w:rsidP="008341B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6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100" w:type="dxa"/>
              <w:left w:w="75" w:type="dxa"/>
              <w:bottom w:w="100" w:type="dxa"/>
              <w:right w:w="75" w:type="dxa"/>
            </w:tcMar>
          </w:tcPr>
          <w:p w14:paraId="5A929109" w14:textId="77777777" w:rsidR="00D957F4" w:rsidRPr="008341BD" w:rsidRDefault="00D957F4" w:rsidP="008341B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100" w:type="dxa"/>
              <w:left w:w="75" w:type="dxa"/>
              <w:bottom w:w="100" w:type="dxa"/>
              <w:right w:w="75" w:type="dxa"/>
            </w:tcMar>
          </w:tcPr>
          <w:p w14:paraId="43D2FA42" w14:textId="77777777" w:rsidR="00D957F4" w:rsidRPr="008341BD" w:rsidRDefault="00D957F4" w:rsidP="008341B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957F4" w:rsidRPr="008341BD" w14:paraId="5BC3F1DD" w14:textId="77777777" w:rsidTr="00F740F7">
        <w:trPr>
          <w:jc w:val="center"/>
        </w:trPr>
        <w:tc>
          <w:tcPr>
            <w:tcW w:w="1377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100" w:type="dxa"/>
              <w:left w:w="75" w:type="dxa"/>
              <w:bottom w:w="100" w:type="dxa"/>
              <w:right w:w="75" w:type="dxa"/>
            </w:tcMar>
          </w:tcPr>
          <w:p w14:paraId="089F2289" w14:textId="77777777" w:rsidR="00D957F4" w:rsidRDefault="00D957F4" w:rsidP="008341BD">
            <w:pPr>
              <w:spacing w:after="0" w:line="240" w:lineRule="auto"/>
              <w:rPr>
                <w:sz w:val="24"/>
                <w:szCs w:val="24"/>
              </w:rPr>
            </w:pPr>
          </w:p>
          <w:p w14:paraId="5CBD8AB3" w14:textId="77777777" w:rsidR="008341BD" w:rsidRPr="008341BD" w:rsidRDefault="008341BD" w:rsidP="008341B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17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100" w:type="dxa"/>
              <w:left w:w="75" w:type="dxa"/>
              <w:bottom w:w="100" w:type="dxa"/>
              <w:right w:w="75" w:type="dxa"/>
            </w:tcMar>
          </w:tcPr>
          <w:p w14:paraId="6E7ED2E9" w14:textId="77777777" w:rsidR="00D957F4" w:rsidRPr="008341BD" w:rsidRDefault="00D957F4" w:rsidP="008341B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6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100" w:type="dxa"/>
              <w:left w:w="75" w:type="dxa"/>
              <w:bottom w:w="100" w:type="dxa"/>
              <w:right w:w="75" w:type="dxa"/>
            </w:tcMar>
          </w:tcPr>
          <w:p w14:paraId="126E2557" w14:textId="77777777" w:rsidR="00D957F4" w:rsidRPr="008341BD" w:rsidRDefault="00D957F4" w:rsidP="008341B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6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100" w:type="dxa"/>
              <w:left w:w="75" w:type="dxa"/>
              <w:bottom w:w="100" w:type="dxa"/>
              <w:right w:w="75" w:type="dxa"/>
            </w:tcMar>
          </w:tcPr>
          <w:p w14:paraId="269B3547" w14:textId="77777777" w:rsidR="00D957F4" w:rsidRPr="008341BD" w:rsidRDefault="00D957F4" w:rsidP="008341B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100" w:type="dxa"/>
              <w:left w:w="75" w:type="dxa"/>
              <w:bottom w:w="100" w:type="dxa"/>
              <w:right w:w="75" w:type="dxa"/>
            </w:tcMar>
          </w:tcPr>
          <w:p w14:paraId="2B57A0E3" w14:textId="77777777" w:rsidR="00D957F4" w:rsidRPr="008341BD" w:rsidRDefault="00D957F4" w:rsidP="008341B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957F4" w:rsidRPr="008341BD" w14:paraId="57A7A439" w14:textId="77777777" w:rsidTr="00F740F7">
        <w:trPr>
          <w:jc w:val="center"/>
        </w:trPr>
        <w:tc>
          <w:tcPr>
            <w:tcW w:w="1377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100" w:type="dxa"/>
              <w:left w:w="75" w:type="dxa"/>
              <w:bottom w:w="100" w:type="dxa"/>
              <w:right w:w="75" w:type="dxa"/>
            </w:tcMar>
          </w:tcPr>
          <w:p w14:paraId="062F89F5" w14:textId="77777777" w:rsidR="00D957F4" w:rsidRDefault="00D957F4" w:rsidP="008341BD">
            <w:pPr>
              <w:spacing w:after="0" w:line="240" w:lineRule="auto"/>
              <w:rPr>
                <w:sz w:val="24"/>
                <w:szCs w:val="24"/>
              </w:rPr>
            </w:pPr>
          </w:p>
          <w:p w14:paraId="07229D7B" w14:textId="77777777" w:rsidR="008341BD" w:rsidRPr="008341BD" w:rsidRDefault="008341BD" w:rsidP="008341B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17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100" w:type="dxa"/>
              <w:left w:w="75" w:type="dxa"/>
              <w:bottom w:w="100" w:type="dxa"/>
              <w:right w:w="75" w:type="dxa"/>
            </w:tcMar>
          </w:tcPr>
          <w:p w14:paraId="56002444" w14:textId="77777777" w:rsidR="00D957F4" w:rsidRPr="008341BD" w:rsidRDefault="00D957F4" w:rsidP="008341B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6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100" w:type="dxa"/>
              <w:left w:w="75" w:type="dxa"/>
              <w:bottom w:w="100" w:type="dxa"/>
              <w:right w:w="75" w:type="dxa"/>
            </w:tcMar>
          </w:tcPr>
          <w:p w14:paraId="5E7C2176" w14:textId="77777777" w:rsidR="00D957F4" w:rsidRPr="008341BD" w:rsidRDefault="00D957F4" w:rsidP="008341B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6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100" w:type="dxa"/>
              <w:left w:w="75" w:type="dxa"/>
              <w:bottom w:w="100" w:type="dxa"/>
              <w:right w:w="75" w:type="dxa"/>
            </w:tcMar>
          </w:tcPr>
          <w:p w14:paraId="5B1CA71F" w14:textId="77777777" w:rsidR="00D957F4" w:rsidRPr="008341BD" w:rsidRDefault="00D957F4" w:rsidP="008341B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100" w:type="dxa"/>
              <w:left w:w="75" w:type="dxa"/>
              <w:bottom w:w="100" w:type="dxa"/>
              <w:right w:w="75" w:type="dxa"/>
            </w:tcMar>
          </w:tcPr>
          <w:p w14:paraId="754448BE" w14:textId="77777777" w:rsidR="00D957F4" w:rsidRPr="008341BD" w:rsidRDefault="00D957F4" w:rsidP="008341B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957F4" w:rsidRPr="008341BD" w14:paraId="6CF72FFE" w14:textId="77777777" w:rsidTr="00F740F7">
        <w:trPr>
          <w:jc w:val="center"/>
        </w:trPr>
        <w:tc>
          <w:tcPr>
            <w:tcW w:w="1377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100" w:type="dxa"/>
              <w:left w:w="75" w:type="dxa"/>
              <w:bottom w:w="100" w:type="dxa"/>
              <w:right w:w="75" w:type="dxa"/>
            </w:tcMar>
          </w:tcPr>
          <w:p w14:paraId="7AA865FA" w14:textId="77777777" w:rsidR="00D957F4" w:rsidRDefault="00D957F4" w:rsidP="008341BD">
            <w:pPr>
              <w:spacing w:after="0" w:line="240" w:lineRule="auto"/>
              <w:rPr>
                <w:sz w:val="24"/>
                <w:szCs w:val="24"/>
              </w:rPr>
            </w:pPr>
          </w:p>
          <w:p w14:paraId="5553FAA5" w14:textId="77777777" w:rsidR="008341BD" w:rsidRPr="008341BD" w:rsidRDefault="008341BD" w:rsidP="008341B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17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100" w:type="dxa"/>
              <w:left w:w="75" w:type="dxa"/>
              <w:bottom w:w="100" w:type="dxa"/>
              <w:right w:w="75" w:type="dxa"/>
            </w:tcMar>
          </w:tcPr>
          <w:p w14:paraId="11C360EA" w14:textId="77777777" w:rsidR="00D957F4" w:rsidRPr="008341BD" w:rsidRDefault="00D957F4" w:rsidP="008341B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6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100" w:type="dxa"/>
              <w:left w:w="75" w:type="dxa"/>
              <w:bottom w:w="100" w:type="dxa"/>
              <w:right w:w="75" w:type="dxa"/>
            </w:tcMar>
          </w:tcPr>
          <w:p w14:paraId="0F69A3BD" w14:textId="77777777" w:rsidR="00D957F4" w:rsidRPr="008341BD" w:rsidRDefault="00D957F4" w:rsidP="008341B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6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100" w:type="dxa"/>
              <w:left w:w="75" w:type="dxa"/>
              <w:bottom w:w="100" w:type="dxa"/>
              <w:right w:w="75" w:type="dxa"/>
            </w:tcMar>
          </w:tcPr>
          <w:p w14:paraId="62BB3C03" w14:textId="77777777" w:rsidR="00D957F4" w:rsidRPr="008341BD" w:rsidRDefault="00D957F4" w:rsidP="008341B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5F7FA"/>
            <w:tcMar>
              <w:top w:w="100" w:type="dxa"/>
              <w:left w:w="75" w:type="dxa"/>
              <w:bottom w:w="100" w:type="dxa"/>
              <w:right w:w="75" w:type="dxa"/>
            </w:tcMar>
          </w:tcPr>
          <w:p w14:paraId="43FA1B54" w14:textId="77777777" w:rsidR="00D957F4" w:rsidRPr="008341BD" w:rsidRDefault="00D957F4" w:rsidP="008341B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957F4" w:rsidRPr="008341BD" w14:paraId="18BEFFB6" w14:textId="77777777" w:rsidTr="00F740F7">
        <w:trPr>
          <w:jc w:val="center"/>
        </w:trPr>
        <w:tc>
          <w:tcPr>
            <w:tcW w:w="1377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100" w:type="dxa"/>
              <w:left w:w="75" w:type="dxa"/>
              <w:bottom w:w="100" w:type="dxa"/>
              <w:right w:w="75" w:type="dxa"/>
            </w:tcMar>
          </w:tcPr>
          <w:p w14:paraId="72B623E0" w14:textId="77777777" w:rsidR="00D957F4" w:rsidRDefault="00D957F4" w:rsidP="008341BD">
            <w:pPr>
              <w:spacing w:after="0" w:line="240" w:lineRule="auto"/>
              <w:rPr>
                <w:sz w:val="24"/>
                <w:szCs w:val="24"/>
              </w:rPr>
            </w:pPr>
          </w:p>
          <w:p w14:paraId="61F9123E" w14:textId="77777777" w:rsidR="008341BD" w:rsidRPr="008341BD" w:rsidRDefault="008341BD" w:rsidP="008341B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17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100" w:type="dxa"/>
              <w:left w:w="75" w:type="dxa"/>
              <w:bottom w:w="100" w:type="dxa"/>
              <w:right w:w="75" w:type="dxa"/>
            </w:tcMar>
          </w:tcPr>
          <w:p w14:paraId="2B3DAED0" w14:textId="77777777" w:rsidR="00D957F4" w:rsidRPr="008341BD" w:rsidRDefault="00D957F4" w:rsidP="008341B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6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100" w:type="dxa"/>
              <w:left w:w="75" w:type="dxa"/>
              <w:bottom w:w="100" w:type="dxa"/>
              <w:right w:w="75" w:type="dxa"/>
            </w:tcMar>
          </w:tcPr>
          <w:p w14:paraId="786836AE" w14:textId="77777777" w:rsidR="00D957F4" w:rsidRPr="008341BD" w:rsidRDefault="00D957F4" w:rsidP="008341B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6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100" w:type="dxa"/>
              <w:left w:w="75" w:type="dxa"/>
              <w:bottom w:w="100" w:type="dxa"/>
              <w:right w:w="75" w:type="dxa"/>
            </w:tcMar>
          </w:tcPr>
          <w:p w14:paraId="5106983D" w14:textId="77777777" w:rsidR="00D957F4" w:rsidRPr="008341BD" w:rsidRDefault="00D957F4" w:rsidP="008341B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4" w:space="0" w:color="D6DEE8"/>
              <w:left w:val="single" w:sz="4" w:space="0" w:color="D6DEE8"/>
              <w:bottom w:val="single" w:sz="4" w:space="0" w:color="D6DEE8"/>
              <w:right w:val="single" w:sz="4" w:space="0" w:color="D6DEE8"/>
            </w:tcBorders>
            <w:shd w:val="clear" w:color="auto" w:fill="FFFFFF"/>
            <w:tcMar>
              <w:top w:w="100" w:type="dxa"/>
              <w:left w:w="75" w:type="dxa"/>
              <w:bottom w:w="100" w:type="dxa"/>
              <w:right w:w="75" w:type="dxa"/>
            </w:tcMar>
          </w:tcPr>
          <w:p w14:paraId="050B2CB6" w14:textId="77777777" w:rsidR="00D957F4" w:rsidRPr="008341BD" w:rsidRDefault="00D957F4" w:rsidP="008341B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0C02634D" w14:textId="77777777" w:rsidR="008341BD" w:rsidRDefault="008341BD" w:rsidP="008341BD">
      <w:pPr>
        <w:spacing w:after="0" w:line="240" w:lineRule="auto"/>
        <w:jc w:val="center"/>
        <w:rPr>
          <w:rFonts w:ascii="Aptos Display" w:eastAsia="Aptos Display" w:hAnsi="Aptos Display"/>
          <w:b/>
          <w:caps/>
          <w:color w:val="0B1F3A"/>
          <w:sz w:val="24"/>
        </w:rPr>
      </w:pPr>
    </w:p>
    <w:p w14:paraId="7264A86E" w14:textId="7FF24307" w:rsidR="00D957F4" w:rsidRPr="008341BD" w:rsidRDefault="00000000" w:rsidP="008341BD">
      <w:pPr>
        <w:spacing w:after="0" w:line="240" w:lineRule="auto"/>
        <w:jc w:val="center"/>
        <w:rPr>
          <w:caps/>
        </w:rPr>
      </w:pPr>
      <w:r w:rsidRPr="008341BD">
        <w:rPr>
          <w:rFonts w:ascii="Aptos Display" w:eastAsia="Aptos Display" w:hAnsi="Aptos Display"/>
          <w:b/>
          <w:caps/>
          <w:color w:val="0B1F3A"/>
          <w:sz w:val="24"/>
        </w:rPr>
        <w:t>The test is not whether your institution has an AI policy.</w:t>
      </w:r>
    </w:p>
    <w:p w14:paraId="1A9E7076" w14:textId="77777777" w:rsidR="00D957F4" w:rsidRDefault="00000000" w:rsidP="008341BD">
      <w:pPr>
        <w:spacing w:after="0" w:line="240" w:lineRule="auto"/>
        <w:jc w:val="center"/>
      </w:pPr>
      <w:r>
        <w:rPr>
          <w:rFonts w:ascii="Aptos Display" w:eastAsia="Aptos Display" w:hAnsi="Aptos Display"/>
          <w:b/>
          <w:color w:val="C9902E"/>
          <w:sz w:val="22"/>
        </w:rPr>
        <w:t>The test is whether people can use it to make clear, consistent, fair decisions when AI creates a real problem.</w:t>
      </w:r>
    </w:p>
    <w:sectPr w:rsidR="00D957F4" w:rsidSect="00F740F7">
      <w:footerReference w:type="default" r:id="rId9"/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CEEB0" w14:textId="77777777" w:rsidR="008E3B59" w:rsidRDefault="008E3B59">
      <w:pPr>
        <w:spacing w:after="0" w:line="240" w:lineRule="auto"/>
      </w:pPr>
      <w:r>
        <w:separator/>
      </w:r>
    </w:p>
  </w:endnote>
  <w:endnote w:type="continuationSeparator" w:id="0">
    <w:p w14:paraId="4695C1C6" w14:textId="77777777" w:rsidR="008E3B59" w:rsidRDefault="008E3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D96D6" w14:textId="1E7D00B7" w:rsidR="00D957F4" w:rsidRDefault="00000000">
    <w:pPr>
      <w:pStyle w:val="Footer"/>
      <w:jc w:val="center"/>
    </w:pPr>
    <w:r>
      <w:rPr>
        <w:color w:val="667085"/>
        <w:sz w:val="16"/>
      </w:rPr>
      <w:t>HEEM Student AI Readiness Series • Student AI Institutional Stress Test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2BA45" w14:textId="77777777" w:rsidR="008E3B59" w:rsidRDefault="008E3B59">
      <w:pPr>
        <w:spacing w:after="0" w:line="240" w:lineRule="auto"/>
      </w:pPr>
      <w:r>
        <w:separator/>
      </w:r>
    </w:p>
  </w:footnote>
  <w:footnote w:type="continuationSeparator" w:id="0">
    <w:p w14:paraId="1C10BA07" w14:textId="77777777" w:rsidR="008E3B59" w:rsidRDefault="008E3B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77089414">
    <w:abstractNumId w:val="8"/>
  </w:num>
  <w:num w:numId="2" w16cid:durableId="366612246">
    <w:abstractNumId w:val="6"/>
  </w:num>
  <w:num w:numId="3" w16cid:durableId="1384645943">
    <w:abstractNumId w:val="5"/>
  </w:num>
  <w:num w:numId="4" w16cid:durableId="1601599452">
    <w:abstractNumId w:val="4"/>
  </w:num>
  <w:num w:numId="5" w16cid:durableId="1172716012">
    <w:abstractNumId w:val="7"/>
  </w:num>
  <w:num w:numId="6" w16cid:durableId="323822839">
    <w:abstractNumId w:val="3"/>
  </w:num>
  <w:num w:numId="7" w16cid:durableId="1371878252">
    <w:abstractNumId w:val="2"/>
  </w:num>
  <w:num w:numId="8" w16cid:durableId="1993562285">
    <w:abstractNumId w:val="1"/>
  </w:num>
  <w:num w:numId="9" w16cid:durableId="530338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5804"/>
    <w:rsid w:val="0015074B"/>
    <w:rsid w:val="0029639D"/>
    <w:rsid w:val="00326F90"/>
    <w:rsid w:val="008341BD"/>
    <w:rsid w:val="008E3B59"/>
    <w:rsid w:val="009D41F8"/>
    <w:rsid w:val="00A9746C"/>
    <w:rsid w:val="00AA1D8D"/>
    <w:rsid w:val="00B47730"/>
    <w:rsid w:val="00CB0664"/>
    <w:rsid w:val="00D45617"/>
    <w:rsid w:val="00D957F4"/>
    <w:rsid w:val="00DE52BF"/>
    <w:rsid w:val="00F740F7"/>
    <w:rsid w:val="00FC693F"/>
    <w:rsid w:val="00FF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191584"/>
  <w14:defaultImageDpi w14:val="300"/>
  <w15:docId w15:val="{E0270EE4-A1B5-4321-87DD-3E63B49ED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Aptos" w:eastAsia="Aptos" w:hAnsi="Aptos"/>
      <w:color w:val="1F2937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11</Pages>
  <Words>2684</Words>
  <Characters>16137</Characters>
  <Application>Microsoft Office Word</Application>
  <DocSecurity>0</DocSecurity>
  <Lines>350</Lines>
  <Paragraphs>172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18649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Student AI Institutional Stress Test</dc:title>
  <dc:subject>Student AI policy and practice stress-test workbook</dc:subject>
  <dc:creator>HEEM Consulting</dc:creator>
  <cp:keywords>AI, higher education, student AI, policy, stress test, institutional readiness</cp:keywords>
  <dc:description>generated by python-docx</dc:description>
  <cp:lastModifiedBy>Juline Mills</cp:lastModifiedBy>
  <cp:revision>4</cp:revision>
  <dcterms:created xsi:type="dcterms:W3CDTF">2013-12-23T23:15:00Z</dcterms:created>
  <dcterms:modified xsi:type="dcterms:W3CDTF">2026-08-13T04:10:00Z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ce594d80-ef8f-4fbd-b4c4-9514a1ad9d92</vt:lpwstr>
  </property>
</Properties>
</file>